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Préparer une séance de suivi</w:t>
      </w:r>
    </w:p>
    <w:p>
      <w:r>
        <w:t>Ce questionnaire m’aide à préparer notre prochaine séance. Décrivez les changements depuis notre dernier rendez-vous, même s’ils vous semblent modestes.</w:t>
      </w:r>
    </w:p>
    <w:p>
      <w:r>
        <w:rPr>
          <w:b/>
        </w:rPr>
        <w:t xml:space="preserve">À remplir au clavier dans Word, puis à enregistrer. </w:t>
      </w:r>
      <w:r>
        <w:t>Ne pas remplir à la main ni renvoyer une photo ou un scan : les réponses doivent rester sous forme de texte lisible et exploitable.</w:t>
      </w:r>
    </w:p>
    <w:p>
      <w:r>
        <w:t>Cliquez dans les zones « Cliquez ici… » pour saisir votre réponse. Elles s’allongent avec votre texte. Indiquez « aucun » ou « je ne sais pas » si nécessaire.</w:t>
      </w:r>
    </w:p>
    <w:p>
      <w:pPr>
        <w:spacing w:after="140"/>
      </w:pPr>
      <w:permStart w:id="156" w:edGrp="everyone"/>
      <w:sdt>
        <w:sdtPr>
          <w:id w:val="2156"/>
          <w:tag w:val="identite"/>
          <w:alias w:val="identite"/>
          <w:lock w:val="sdtLocked"/>
        </w:sdtPr>
        <w:sdtContent>
          <w:r>
            <w:rPr>
              <w:color w:val="64745C"/>
              <w:sz w:val="21"/>
            </w:rPr>
            <w:t>Cliquez ici : nom et prénom</w:t>
          </w:r>
        </w:sdtContent>
      </w:sdt>
      <w:permEnd w:id="156"/>
    </w:p>
    <w:p>
      <w:pPr>
        <w:spacing w:after="140"/>
      </w:pPr>
      <w:permStart w:id="157" w:edGrp="everyone"/>
      <w:sdt>
        <w:sdtPr>
          <w:id w:val="2157"/>
          <w:tag w:val="date_document"/>
          <w:alias w:val="date_document"/>
          <w:lock w:val="sdtLocked"/>
        </w:sdtPr>
        <w:sdtContent>
          <w:r>
            <w:rPr>
              <w:color w:val="64745C"/>
              <w:sz w:val="21"/>
            </w:rPr>
            <w:t>Cliquez ici : date de remplissage et date du rendez-vous</w:t>
          </w:r>
        </w:sdtContent>
      </w:sdt>
      <w:permEnd w:id="157"/>
    </w:p>
    <w:p>
      <w:r>
        <w:rPr>
          <w:b/>
        </w:rPr>
        <w:t>Date de notre dernière séance</w:t>
      </w:r>
    </w:p>
    <w:p>
      <w:pPr>
        <w:spacing w:after="140"/>
      </w:pPr>
      <w:permStart w:id="158" w:edGrp="everyone"/>
      <w:sdt>
        <w:sdtPr>
          <w:id w:val="2158"/>
          <w:tag w:val="derniere_seance"/>
          <w:alias w:val="derniere_seance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58"/>
    </w:p>
    <w:p>
      <w:r>
        <w:rPr>
          <w:b/>
        </w:rPr>
        <w:t>Qu’est-ce qui va mieux ?</w:t>
      </w:r>
    </w:p>
    <w:p>
      <w:pPr>
        <w:spacing w:after="140"/>
      </w:pPr>
      <w:permStart w:id="159" w:edGrp="everyone"/>
      <w:sdt>
        <w:sdtPr>
          <w:id w:val="2159"/>
          <w:tag w:val="ameliorations"/>
          <w:alias w:val="amelioration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59"/>
    </w:p>
    <w:p>
      <w:r>
        <w:rPr>
          <w:b/>
        </w:rPr>
        <w:t>Qu’est-ce qui reste difficile ou s’est aggravé ?</w:t>
      </w:r>
    </w:p>
    <w:p>
      <w:pPr>
        <w:spacing w:after="140"/>
      </w:pPr>
      <w:permStart w:id="160" w:edGrp="everyone"/>
      <w:sdt>
        <w:sdtPr>
          <w:id w:val="2160"/>
          <w:tag w:val="difficultes"/>
          <w:alias w:val="difficulte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0"/>
    </w:p>
    <w:p>
      <w:r>
        <w:rPr>
          <w:b/>
        </w:rPr>
        <w:t>Quels conseils avez vous pu mettre en pratique ?</w:t>
      </w:r>
    </w:p>
    <w:p>
      <w:pPr>
        <w:spacing w:after="140"/>
      </w:pPr>
      <w:permStart w:id="161" w:edGrp="everyone"/>
      <w:sdt>
        <w:sdtPr>
          <w:id w:val="2161"/>
          <w:tag w:val="application"/>
          <w:alias w:val="application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1"/>
    </w:p>
    <w:p>
      <w:r>
        <w:rPr>
          <w:b/>
        </w:rPr>
        <w:t>Quelles difficultés avez vous rencontrées pour les appliquer ?</w:t>
      </w:r>
    </w:p>
    <w:p>
      <w:pPr>
        <w:spacing w:after="140"/>
      </w:pPr>
      <w:permStart w:id="162" w:edGrp="everyone"/>
      <w:sdt>
        <w:sdtPr>
          <w:id w:val="2162"/>
          <w:tag w:val="obstacles"/>
          <w:alias w:val="obstacle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2"/>
    </w:p>
    <w:p>
      <w:r>
        <w:br w:type="page"/>
      </w:r>
    </w:p>
    <w:p>
      <w:pPr>
        <w:pStyle w:val="Heading1"/>
      </w:pPr>
      <w:r>
        <w:t>Les informations pour la prochaine séance</w:t>
      </w:r>
    </w:p>
    <w:p>
      <w:r>
        <w:rPr>
          <w:b/>
        </w:rPr>
        <w:t>Y a-t-il eu des changements de traitements ou de compléments ? Précisez le nom, le dosage, la date et la tolérance.</w:t>
      </w:r>
    </w:p>
    <w:p>
      <w:pPr>
        <w:spacing w:after="140"/>
      </w:pPr>
      <w:permStart w:id="163" w:edGrp="everyone"/>
      <w:sdt>
        <w:sdtPr>
          <w:id w:val="2163"/>
          <w:tag w:val="changements"/>
          <w:alias w:val="changement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3"/>
    </w:p>
    <w:p>
      <w:r>
        <w:rPr>
          <w:b/>
        </w:rPr>
        <w:t>Y a-t-il eu de nouveaux événements de santé, consultations ou examens ?</w:t>
      </w:r>
    </w:p>
    <w:p>
      <w:pPr>
        <w:spacing w:after="140"/>
      </w:pPr>
      <w:permStart w:id="164" w:edGrp="everyone"/>
      <w:sdt>
        <w:sdtPr>
          <w:id w:val="2164"/>
          <w:tag w:val="evenements"/>
          <w:alias w:val="evenement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4"/>
    </w:p>
    <w:p>
      <w:r>
        <w:rPr>
          <w:b/>
        </w:rPr>
        <w:t>Quels nouveaux résultats ou comptes rendus allez vous joindre ?</w:t>
      </w:r>
    </w:p>
    <w:p>
      <w:pPr>
        <w:spacing w:after="140"/>
      </w:pPr>
      <w:permStart w:id="165" w:edGrp="everyone"/>
      <w:sdt>
        <w:sdtPr>
          <w:id w:val="2165"/>
          <w:tag w:val="resultats"/>
          <w:alias w:val="resultat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5"/>
    </w:p>
    <w:p>
      <w:r>
        <w:rPr>
          <w:b/>
        </w:rPr>
        <w:t>Quelles sont vos priorités et vos questions pour cette séance ?</w:t>
      </w:r>
    </w:p>
    <w:p>
      <w:pPr>
        <w:spacing w:after="140"/>
      </w:pPr>
      <w:permStart w:id="166" w:edGrp="everyone"/>
      <w:sdt>
        <w:sdtPr>
          <w:id w:val="2166"/>
          <w:tag w:val="priorites"/>
          <w:alias w:val="priorite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6"/>
    </w:p>
    <w:p>
      <w:pPr>
        <w:pStyle w:val="Heading1"/>
      </w:pPr>
      <w:r>
        <w:t>Précisions et commentaires</w:t>
      </w:r>
    </w:p>
    <w:p>
      <w:r>
        <w:t>Ajoutez les informations que vous souhaitez me transmettre. Cet espace s’allonge avec votre texte.</w:t>
      </w:r>
    </w:p>
    <w:p>
      <w:pPr>
        <w:spacing w:after="140"/>
      </w:pPr>
      <w:permStart w:id="167" w:edGrp="everyone"/>
      <w:sdt>
        <w:sdtPr>
          <w:id w:val="2167"/>
          <w:tag w:val="commentaires_libres"/>
          <w:alias w:val="commentaires_libres"/>
          <w:lock w:val="sdtLocked"/>
        </w:sdtPr>
        <w:sdtContent>
          <w:r>
            <w:rPr>
              <w:color w:val="64745C"/>
              <w:sz w:val="21"/>
            </w:rPr>
            <w:t>Cliquez ici pour ajouter vos précisions ou poursuivre une liste</w:t>
          </w:r>
        </w:sdtContent>
      </w:sdt>
      <w:permEnd w:id="167"/>
    </w:p>
    <w:p>
      <w:r>
        <w:t>Enregistrez le fichier complété, de préférence sous la forme NOM_Prénom_Document_Date.docx, puis envoyez-le en pièce jointe à retrouverlasante.contact@gmail.com.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Conseil en santé  •  retrouverlasante.contact@gmail.com  |  </w:t>
    </w:r>
    <w:r>
      <w:fldChar w:fldCharType="begin"/>
      <w:instrText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0513B"/>
        <w:sz w:val="18"/>
      </w:rPr>
      <w:t>RETROUVER MA SANTÉ  •  Béatrice Alaux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Préparer une séance de suivi</dc:title>
  <dc:subject>Questionnaire à remplir au clavier</dc:subject>
  <dc:creator>Béatrice Alaux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