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Journal alimentaire sur 7 jours</w:t>
      </w:r>
    </w:p>
    <w:p>
      <w:r>
        <w:t>Notez vos prises alimentaires pendant sept jours, si possible au fil de la journée. Ce journal sert à comprendre vos habitudes.</w:t>
      </w:r>
    </w:p>
    <w:p>
      <w:r>
        <w:rPr>
          <w:b/>
        </w:rPr>
        <w:t xml:space="preserve">À remplir au clavier dans Word, puis à enregistrer. </w:t>
      </w:r>
      <w:r>
        <w:t>Ne pas remplir à la main ni renvoyer une photo ou un scan : les réponses doivent rester sous forme de texte lisible et exploitable.</w:t>
      </w:r>
    </w:p>
    <w:p>
      <w:r>
        <w:t>Cliquez dans les zones « Cliquez ici… » pour saisir votre réponse. Elles s’allongent avec votre texte. Indiquez « aucun » ou « je ne sais pas » si nécessaire.</w:t>
      </w:r>
    </w:p>
    <w:p>
      <w:r>
        <w:t>Citez uniquement les aliments et les boissons, sans poids ni quantités. Donnez un peu de détail : « fruits » est insuffisant ; précisez par exemple « pomme et kiwi ». Pour un plat composé, indiquez ses principaux ingrédients. Notez l’heure de chaque prise, même pour une pause café ou un grignotage. Gardez vos habitudes pendant le recueil.</w:t>
      </w:r>
    </w:p>
    <w:p>
      <w:pPr>
        <w:spacing w:after="140"/>
      </w:pPr>
      <w:permStart w:id="24" w:edGrp="everyone"/>
      <w:sdt>
        <w:sdtPr>
          <w:id w:val="2024"/>
          <w:tag w:val="identite"/>
          <w:alias w:val="identite"/>
          <w:lock w:val="sdtLocked"/>
        </w:sdtPr>
        <w:sdtContent>
          <w:r>
            <w:rPr>
              <w:color w:val="64745C"/>
              <w:sz w:val="21"/>
            </w:rPr>
            <w:t>Cliquez ici : nom et prénom</w:t>
          </w:r>
        </w:sdtContent>
      </w:sdt>
      <w:permEnd w:id="24"/>
    </w:p>
    <w:p>
      <w:pPr>
        <w:spacing w:after="140"/>
      </w:pPr>
      <w:permStart w:id="25" w:edGrp="everyone"/>
      <w:sdt>
        <w:sdtPr>
          <w:id w:val="2025"/>
          <w:tag w:val="date_document"/>
          <w:alias w:val="date_document"/>
          <w:lock w:val="sdtLocked"/>
        </w:sdtPr>
        <w:sdtContent>
          <w:r>
            <w:rPr>
              <w:color w:val="64745C"/>
              <w:sz w:val="21"/>
            </w:rPr>
            <w:t>Cliquez ici : date de remplissage et date du rendez-vous</w:t>
          </w:r>
        </w:sdtContent>
      </w:sdt>
      <w:permEnd w:id="25"/>
    </w:p>
    <w:p>
      <w:r>
        <w:br w:type="page"/>
      </w:r>
    </w:p>
    <w:p>
      <w:pPr>
        <w:pStyle w:val="Heading1"/>
      </w:pPr>
      <w:r>
        <w:t>Journal alimentaire jours 1 à 3</w:t>
      </w:r>
    </w:p>
    <w:p>
      <w:pPr>
        <w:pStyle w:val="Heading1"/>
      </w:pPr>
      <w:r>
        <w:t>Journée 1</w:t>
      </w:r>
    </w:p>
    <w:p>
      <w:pPr>
        <w:spacing w:after="140"/>
      </w:pPr>
      <w:permStart w:id="26" w:edGrp="everyone"/>
      <w:sdt>
        <w:sdtPr>
          <w:id w:val="2026"/>
          <w:tag w:val="jour_1_date"/>
          <w:alias w:val="jour_1_date"/>
          <w:lock w:val="sdtLocked"/>
        </w:sdtPr>
        <w:sdtContent>
          <w:r>
            <w:rPr>
              <w:color w:val="64745C"/>
              <w:sz w:val="21"/>
            </w:rPr>
            <w:t>Cliquez ici : jour de la semaine et date</w:t>
          </w:r>
        </w:sdtContent>
      </w:sdt>
      <w:permEnd w:id="26"/>
    </w:p>
    <w:tbl>
      <w:tblPr>
        <w:tblW w:type="auto" w:w="0"/>
        <w:jc w:val="center"/>
        <w:tblLayout w:type="fixed"/>
        <w:tblLook w:firstColumn="1" w:firstRow="1" w:lastColumn="0" w:lastRow="0" w:noHBand="0" w:noVBand="1" w:val="04A0"/>
      </w:tblPr>
      <w:tblGrid>
        <w:gridCol w:w="1555"/>
        <w:gridCol w:w="936"/>
        <w:gridCol w:w="7877"/>
      </w:tblGrid>
      <w:tr>
        <w:trPr>
          <w:tblHeader/>
        </w:trPr>
        <w:tc>
          <w:tcPr>
            <w:tcW w:type="dxa" w:w="1555"/>
            <w:shd w:fill="E9E3D9"/>
            <w:tcBorders>
              <w:top w:val="single" w:sz="4" w:color="D9D9D9"/>
              <w:left w:val="single" w:sz="4" w:color="D9D9D9"/>
              <w:bottom w:val="single" w:sz="4" w:color="D9D9D9"/>
              <w:right w:val="single" w:sz="4" w:color="D9D9D9"/>
            </w:tcBorders>
            <w:tcMar>
              <w:top w:w="70" w:type="dxa"/>
              <w:bottom w:w="70" w:type="dxa"/>
              <w:left w:w="90" w:type="dxa"/>
              <w:right w:w="90" w:type="dxa"/>
            </w:tcMar>
          </w:tcPr>
          <w:p>
            <w:r>
              <w:rPr>
                <w:b/>
                <w:sz w:val="18"/>
              </w:rPr>
              <w:t>Prise</w:t>
            </w:r>
          </w:p>
        </w:tc>
        <w:tc>
          <w:tcPr>
            <w:tcW w:type="dxa" w:w="936"/>
            <w:shd w:fill="E9E3D9"/>
            <w:tcBorders>
              <w:top w:val="single" w:sz="4" w:color="D9D9D9"/>
              <w:left w:val="single" w:sz="4" w:color="D9D9D9"/>
              <w:bottom w:val="single" w:sz="4" w:color="D9D9D9"/>
              <w:right w:val="single" w:sz="4" w:color="D9D9D9"/>
            </w:tcBorders>
            <w:tcMar>
              <w:top w:w="70" w:type="dxa"/>
              <w:bottom w:w="70" w:type="dxa"/>
              <w:left w:w="90" w:type="dxa"/>
              <w:right w:w="90" w:type="dxa"/>
            </w:tcMar>
          </w:tcPr>
          <w:p>
            <w:r>
              <w:rPr>
                <w:b/>
                <w:sz w:val="18"/>
              </w:rPr>
              <w:t>Heure</w:t>
            </w:r>
          </w:p>
        </w:tc>
        <w:tc>
          <w:tcPr>
            <w:tcW w:type="dxa" w:w="7877"/>
            <w:shd w:fill="E9E3D9"/>
            <w:tcBorders>
              <w:top w:val="single" w:sz="4" w:color="D9D9D9"/>
              <w:left w:val="single" w:sz="4" w:color="D9D9D9"/>
              <w:bottom w:val="single" w:sz="4" w:color="D9D9D9"/>
              <w:right w:val="single" w:sz="4" w:color="D9D9D9"/>
            </w:tcBorders>
            <w:tcMar>
              <w:top w:w="70" w:type="dxa"/>
              <w:bottom w:w="70" w:type="dxa"/>
              <w:left w:w="90" w:type="dxa"/>
              <w:right w:w="90" w:type="dxa"/>
            </w:tcMar>
          </w:tcPr>
          <w:p>
            <w:r>
              <w:rPr>
                <w:b/>
                <w:sz w:val="18"/>
              </w:rPr>
              <w:t>Aliments et boissons</w:t>
            </w:r>
          </w:p>
        </w:tc>
      </w:tr>
      <w:tr>
        <w:tc>
          <w:tcPr>
            <w:tcW w:type="dxa" w:w="1555"/>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Petit déjeuner</w:t>
            </w:r>
          </w:p>
        </w:tc>
        <w:tc>
          <w:tcPr>
            <w:tcW w:type="dxa" w:w="936"/>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27" w:edGrp="everyone"/>
            <w:sdt>
              <w:sdtPr>
                <w:id w:val="2027"/>
                <w:tag w:val="j1_pdj_heure"/>
                <w:alias w:val="j1_pdj_heure"/>
                <w:lock w:val="sdtLocked"/>
              </w:sdtPr>
              <w:sdtContent>
                <w:r>
                  <w:rPr>
                    <w:color w:val="64745C"/>
                    <w:sz w:val="19"/>
                  </w:rPr>
                  <w:t>Heure</w:t>
                </w:r>
              </w:sdtContent>
            </w:sdt>
            <w:permEnd w:id="27"/>
          </w:p>
        </w:tc>
        <w:tc>
          <w:tcPr>
            <w:tcW w:type="dxa" w:w="7877"/>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28" w:edGrp="everyone"/>
            <w:sdt>
              <w:sdtPr>
                <w:id w:val="2028"/>
                <w:tag w:val="j1_pdj_aliments"/>
                <w:alias w:val="j1_pdj_aliments"/>
                <w:lock w:val="sdtLocked"/>
              </w:sdtPr>
              <w:sdtContent>
                <w:r>
                  <w:rPr>
                    <w:color w:val="64745C"/>
                    <w:sz w:val="19"/>
                  </w:rPr>
                  <w:t>Aliments et boissons</w:t>
                </w:r>
              </w:sdtContent>
            </w:sdt>
            <w:permEnd w:id="28"/>
          </w:p>
        </w:tc>
      </w:tr>
      <w:tr>
        <w:tc>
          <w:tcPr>
            <w:tcW w:type="dxa" w:w="1555"/>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Déjeuner</w:t>
            </w:r>
          </w:p>
        </w:tc>
        <w:tc>
          <w:tcPr>
            <w:tcW w:type="dxa" w:w="936"/>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29" w:edGrp="everyone"/>
            <w:sdt>
              <w:sdtPr>
                <w:id w:val="2029"/>
                <w:tag w:val="j1_dej_heure"/>
                <w:alias w:val="j1_dej_heure"/>
                <w:lock w:val="sdtLocked"/>
              </w:sdtPr>
              <w:sdtContent>
                <w:r>
                  <w:rPr>
                    <w:color w:val="64745C"/>
                    <w:sz w:val="19"/>
                  </w:rPr>
                  <w:t>Heure</w:t>
                </w:r>
              </w:sdtContent>
            </w:sdt>
            <w:permEnd w:id="29"/>
          </w:p>
        </w:tc>
        <w:tc>
          <w:tcPr>
            <w:tcW w:type="dxa" w:w="7877"/>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30" w:edGrp="everyone"/>
            <w:sdt>
              <w:sdtPr>
                <w:id w:val="2030"/>
                <w:tag w:val="j1_dej_aliments"/>
                <w:alias w:val="j1_dej_aliments"/>
                <w:lock w:val="sdtLocked"/>
              </w:sdtPr>
              <w:sdtContent>
                <w:r>
                  <w:rPr>
                    <w:color w:val="64745C"/>
                    <w:sz w:val="19"/>
                  </w:rPr>
                  <w:t>Aliments et boissons</w:t>
                </w:r>
              </w:sdtContent>
            </w:sdt>
            <w:permEnd w:id="30"/>
          </w:p>
        </w:tc>
      </w:tr>
      <w:tr>
        <w:tc>
          <w:tcPr>
            <w:tcW w:type="dxa" w:w="1555"/>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Dîner</w:t>
            </w:r>
          </w:p>
        </w:tc>
        <w:tc>
          <w:tcPr>
            <w:tcW w:type="dxa" w:w="936"/>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31" w:edGrp="everyone"/>
            <w:sdt>
              <w:sdtPr>
                <w:id w:val="2031"/>
                <w:tag w:val="j1_din_heure"/>
                <w:alias w:val="j1_din_heure"/>
                <w:lock w:val="sdtLocked"/>
              </w:sdtPr>
              <w:sdtContent>
                <w:r>
                  <w:rPr>
                    <w:color w:val="64745C"/>
                    <w:sz w:val="19"/>
                  </w:rPr>
                  <w:t>Heure</w:t>
                </w:r>
              </w:sdtContent>
            </w:sdt>
            <w:permEnd w:id="31"/>
          </w:p>
        </w:tc>
        <w:tc>
          <w:tcPr>
            <w:tcW w:type="dxa" w:w="7877"/>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32" w:edGrp="everyone"/>
            <w:sdt>
              <w:sdtPr>
                <w:id w:val="2032"/>
                <w:tag w:val="j1_din_aliments"/>
                <w:alias w:val="j1_din_aliments"/>
                <w:lock w:val="sdtLocked"/>
              </w:sdtPr>
              <w:sdtContent>
                <w:r>
                  <w:rPr>
                    <w:color w:val="64745C"/>
                    <w:sz w:val="19"/>
                  </w:rPr>
                  <w:t>Aliments et boissons</w:t>
                </w:r>
              </w:sdtContent>
            </w:sdt>
            <w:permEnd w:id="32"/>
          </w:p>
        </w:tc>
      </w:tr>
      <w:tr>
        <w:tc>
          <w:tcPr>
            <w:tcW w:type="dxa" w:w="1555"/>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Autre prise</w:t>
            </w:r>
          </w:p>
        </w:tc>
        <w:tc>
          <w:tcPr>
            <w:tcW w:type="dxa" w:w="936"/>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33" w:edGrp="everyone"/>
            <w:sdt>
              <w:sdtPr>
                <w:id w:val="2033"/>
                <w:tag w:val="j1_autre1_heure"/>
                <w:alias w:val="j1_autre1_heure"/>
                <w:lock w:val="sdtLocked"/>
              </w:sdtPr>
              <w:sdtContent>
                <w:r>
                  <w:rPr>
                    <w:color w:val="64745C"/>
                    <w:sz w:val="19"/>
                  </w:rPr>
                  <w:t>Heure</w:t>
                </w:r>
              </w:sdtContent>
            </w:sdt>
            <w:permEnd w:id="33"/>
          </w:p>
        </w:tc>
        <w:tc>
          <w:tcPr>
            <w:tcW w:type="dxa" w:w="7877"/>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34" w:edGrp="everyone"/>
            <w:sdt>
              <w:sdtPr>
                <w:id w:val="2034"/>
                <w:tag w:val="j1_autre1_aliments"/>
                <w:alias w:val="j1_autre1_aliments"/>
                <w:lock w:val="sdtLocked"/>
              </w:sdtPr>
              <w:sdtContent>
                <w:r>
                  <w:rPr>
                    <w:color w:val="64745C"/>
                    <w:sz w:val="19"/>
                  </w:rPr>
                  <w:t>Aliments et boissons</w:t>
                </w:r>
              </w:sdtContent>
            </w:sdt>
            <w:permEnd w:id="34"/>
          </w:p>
        </w:tc>
      </w:tr>
      <w:tr>
        <w:tc>
          <w:tcPr>
            <w:tcW w:type="dxa" w:w="1555"/>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Autre prise</w:t>
            </w:r>
          </w:p>
        </w:tc>
        <w:tc>
          <w:tcPr>
            <w:tcW w:type="dxa" w:w="936"/>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35" w:edGrp="everyone"/>
            <w:sdt>
              <w:sdtPr>
                <w:id w:val="2035"/>
                <w:tag w:val="j1_autre2_heure"/>
                <w:alias w:val="j1_autre2_heure"/>
                <w:lock w:val="sdtLocked"/>
              </w:sdtPr>
              <w:sdtContent>
                <w:r>
                  <w:rPr>
                    <w:color w:val="64745C"/>
                    <w:sz w:val="19"/>
                  </w:rPr>
                  <w:t>Heure</w:t>
                </w:r>
              </w:sdtContent>
            </w:sdt>
            <w:permEnd w:id="35"/>
          </w:p>
        </w:tc>
        <w:tc>
          <w:tcPr>
            <w:tcW w:type="dxa" w:w="7877"/>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36" w:edGrp="everyone"/>
            <w:sdt>
              <w:sdtPr>
                <w:id w:val="2036"/>
                <w:tag w:val="j1_autre2_aliments"/>
                <w:alias w:val="j1_autre2_aliments"/>
                <w:lock w:val="sdtLocked"/>
              </w:sdtPr>
              <w:sdtContent>
                <w:r>
                  <w:rPr>
                    <w:color w:val="64745C"/>
                    <w:sz w:val="19"/>
                  </w:rPr>
                  <w:t>Aliments et boissons</w:t>
                </w:r>
              </w:sdtContent>
            </w:sdt>
            <w:permEnd w:id="36"/>
          </w:p>
        </w:tc>
      </w:tr>
      <w:tr>
        <w:tc>
          <w:tcPr>
            <w:tcW w:type="dxa" w:w="1555"/>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Autre prise</w:t>
            </w:r>
          </w:p>
        </w:tc>
        <w:tc>
          <w:tcPr>
            <w:tcW w:type="dxa" w:w="936"/>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37" w:edGrp="everyone"/>
            <w:sdt>
              <w:sdtPr>
                <w:id w:val="2037"/>
                <w:tag w:val="j1_autre3_heure"/>
                <w:alias w:val="j1_autre3_heure"/>
                <w:lock w:val="sdtLocked"/>
              </w:sdtPr>
              <w:sdtContent>
                <w:r>
                  <w:rPr>
                    <w:color w:val="64745C"/>
                    <w:sz w:val="19"/>
                  </w:rPr>
                  <w:t>Heure</w:t>
                </w:r>
              </w:sdtContent>
            </w:sdt>
            <w:permEnd w:id="37"/>
          </w:p>
        </w:tc>
        <w:tc>
          <w:tcPr>
            <w:tcW w:type="dxa" w:w="7877"/>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38" w:edGrp="everyone"/>
            <w:sdt>
              <w:sdtPr>
                <w:id w:val="2038"/>
                <w:tag w:val="j1_autre3_aliments"/>
                <w:alias w:val="j1_autre3_aliments"/>
                <w:lock w:val="sdtLocked"/>
              </w:sdtPr>
              <w:sdtContent>
                <w:r>
                  <w:rPr>
                    <w:color w:val="64745C"/>
                    <w:sz w:val="19"/>
                  </w:rPr>
                  <w:t>Aliments et boissons</w:t>
                </w:r>
              </w:sdtContent>
            </w:sdt>
            <w:permEnd w:id="38"/>
          </w:p>
        </w:tc>
      </w:tr>
    </w:tbl>
    <w:p>
      <w:pPr>
        <w:spacing w:after="0"/>
      </w:pPr>
    </w:p>
    <w:p>
      <w:pPr>
        <w:pStyle w:val="Heading1"/>
      </w:pPr>
      <w:r>
        <w:t>Journée 2</w:t>
      </w:r>
    </w:p>
    <w:p>
      <w:pPr>
        <w:spacing w:after="140"/>
      </w:pPr>
      <w:permStart w:id="39" w:edGrp="everyone"/>
      <w:sdt>
        <w:sdtPr>
          <w:id w:val="2039"/>
          <w:tag w:val="jour_2_date"/>
          <w:alias w:val="jour_2_date"/>
          <w:lock w:val="sdtLocked"/>
        </w:sdtPr>
        <w:sdtContent>
          <w:r>
            <w:rPr>
              <w:color w:val="64745C"/>
              <w:sz w:val="21"/>
            </w:rPr>
            <w:t>Cliquez ici : jour de la semaine et date</w:t>
          </w:r>
        </w:sdtContent>
      </w:sdt>
      <w:permEnd w:id="39"/>
    </w:p>
    <w:tbl>
      <w:tblPr>
        <w:tblW w:type="auto" w:w="0"/>
        <w:jc w:val="center"/>
        <w:tblLayout w:type="fixed"/>
        <w:tblLook w:firstColumn="1" w:firstRow="1" w:lastColumn="0" w:lastRow="0" w:noHBand="0" w:noVBand="1" w:val="04A0"/>
      </w:tblPr>
      <w:tblGrid>
        <w:gridCol w:w="1555"/>
        <w:gridCol w:w="936"/>
        <w:gridCol w:w="7877"/>
      </w:tblGrid>
      <w:tr>
        <w:trPr>
          <w:tblHeader/>
        </w:trPr>
        <w:tc>
          <w:tcPr>
            <w:tcW w:type="dxa" w:w="1555"/>
            <w:shd w:fill="E9E3D9"/>
            <w:tcBorders>
              <w:top w:val="single" w:sz="4" w:color="D9D9D9"/>
              <w:left w:val="single" w:sz="4" w:color="D9D9D9"/>
              <w:bottom w:val="single" w:sz="4" w:color="D9D9D9"/>
              <w:right w:val="single" w:sz="4" w:color="D9D9D9"/>
            </w:tcBorders>
            <w:tcMar>
              <w:top w:w="70" w:type="dxa"/>
              <w:bottom w:w="70" w:type="dxa"/>
              <w:left w:w="90" w:type="dxa"/>
              <w:right w:w="90" w:type="dxa"/>
            </w:tcMar>
          </w:tcPr>
          <w:p>
            <w:r>
              <w:rPr>
                <w:b/>
                <w:sz w:val="18"/>
              </w:rPr>
              <w:t>Prise</w:t>
            </w:r>
          </w:p>
        </w:tc>
        <w:tc>
          <w:tcPr>
            <w:tcW w:type="dxa" w:w="936"/>
            <w:shd w:fill="E9E3D9"/>
            <w:tcBorders>
              <w:top w:val="single" w:sz="4" w:color="D9D9D9"/>
              <w:left w:val="single" w:sz="4" w:color="D9D9D9"/>
              <w:bottom w:val="single" w:sz="4" w:color="D9D9D9"/>
              <w:right w:val="single" w:sz="4" w:color="D9D9D9"/>
            </w:tcBorders>
            <w:tcMar>
              <w:top w:w="70" w:type="dxa"/>
              <w:bottom w:w="70" w:type="dxa"/>
              <w:left w:w="90" w:type="dxa"/>
              <w:right w:w="90" w:type="dxa"/>
            </w:tcMar>
          </w:tcPr>
          <w:p>
            <w:r>
              <w:rPr>
                <w:b/>
                <w:sz w:val="18"/>
              </w:rPr>
              <w:t>Heure</w:t>
            </w:r>
          </w:p>
        </w:tc>
        <w:tc>
          <w:tcPr>
            <w:tcW w:type="dxa" w:w="7877"/>
            <w:shd w:fill="E9E3D9"/>
            <w:tcBorders>
              <w:top w:val="single" w:sz="4" w:color="D9D9D9"/>
              <w:left w:val="single" w:sz="4" w:color="D9D9D9"/>
              <w:bottom w:val="single" w:sz="4" w:color="D9D9D9"/>
              <w:right w:val="single" w:sz="4" w:color="D9D9D9"/>
            </w:tcBorders>
            <w:tcMar>
              <w:top w:w="70" w:type="dxa"/>
              <w:bottom w:w="70" w:type="dxa"/>
              <w:left w:w="90" w:type="dxa"/>
              <w:right w:w="90" w:type="dxa"/>
            </w:tcMar>
          </w:tcPr>
          <w:p>
            <w:r>
              <w:rPr>
                <w:b/>
                <w:sz w:val="18"/>
              </w:rPr>
              <w:t>Aliments et boissons</w:t>
            </w:r>
          </w:p>
        </w:tc>
      </w:tr>
      <w:tr>
        <w:tc>
          <w:tcPr>
            <w:tcW w:type="dxa" w:w="1555"/>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Petit déjeuner</w:t>
            </w:r>
          </w:p>
        </w:tc>
        <w:tc>
          <w:tcPr>
            <w:tcW w:type="dxa" w:w="936"/>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40" w:edGrp="everyone"/>
            <w:sdt>
              <w:sdtPr>
                <w:id w:val="2040"/>
                <w:tag w:val="j2_pdj_heure"/>
                <w:alias w:val="j2_pdj_heure"/>
                <w:lock w:val="sdtLocked"/>
              </w:sdtPr>
              <w:sdtContent>
                <w:r>
                  <w:rPr>
                    <w:color w:val="64745C"/>
                    <w:sz w:val="19"/>
                  </w:rPr>
                  <w:t>Heure</w:t>
                </w:r>
              </w:sdtContent>
            </w:sdt>
            <w:permEnd w:id="40"/>
          </w:p>
        </w:tc>
        <w:tc>
          <w:tcPr>
            <w:tcW w:type="dxa" w:w="7877"/>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41" w:edGrp="everyone"/>
            <w:sdt>
              <w:sdtPr>
                <w:id w:val="2041"/>
                <w:tag w:val="j2_pdj_aliments"/>
                <w:alias w:val="j2_pdj_aliments"/>
                <w:lock w:val="sdtLocked"/>
              </w:sdtPr>
              <w:sdtContent>
                <w:r>
                  <w:rPr>
                    <w:color w:val="64745C"/>
                    <w:sz w:val="19"/>
                  </w:rPr>
                  <w:t>Aliments et boissons</w:t>
                </w:r>
              </w:sdtContent>
            </w:sdt>
            <w:permEnd w:id="41"/>
          </w:p>
        </w:tc>
      </w:tr>
      <w:tr>
        <w:tc>
          <w:tcPr>
            <w:tcW w:type="dxa" w:w="1555"/>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Déjeuner</w:t>
            </w:r>
          </w:p>
        </w:tc>
        <w:tc>
          <w:tcPr>
            <w:tcW w:type="dxa" w:w="936"/>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42" w:edGrp="everyone"/>
            <w:sdt>
              <w:sdtPr>
                <w:id w:val="2042"/>
                <w:tag w:val="j2_dej_heure"/>
                <w:alias w:val="j2_dej_heure"/>
                <w:lock w:val="sdtLocked"/>
              </w:sdtPr>
              <w:sdtContent>
                <w:r>
                  <w:rPr>
                    <w:color w:val="64745C"/>
                    <w:sz w:val="19"/>
                  </w:rPr>
                  <w:t>Heure</w:t>
                </w:r>
              </w:sdtContent>
            </w:sdt>
            <w:permEnd w:id="42"/>
          </w:p>
        </w:tc>
        <w:tc>
          <w:tcPr>
            <w:tcW w:type="dxa" w:w="7877"/>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43" w:edGrp="everyone"/>
            <w:sdt>
              <w:sdtPr>
                <w:id w:val="2043"/>
                <w:tag w:val="j2_dej_aliments"/>
                <w:alias w:val="j2_dej_aliments"/>
                <w:lock w:val="sdtLocked"/>
              </w:sdtPr>
              <w:sdtContent>
                <w:r>
                  <w:rPr>
                    <w:color w:val="64745C"/>
                    <w:sz w:val="19"/>
                  </w:rPr>
                  <w:t>Aliments et boissons</w:t>
                </w:r>
              </w:sdtContent>
            </w:sdt>
            <w:permEnd w:id="43"/>
          </w:p>
        </w:tc>
      </w:tr>
      <w:tr>
        <w:tc>
          <w:tcPr>
            <w:tcW w:type="dxa" w:w="1555"/>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Dîner</w:t>
            </w:r>
          </w:p>
        </w:tc>
        <w:tc>
          <w:tcPr>
            <w:tcW w:type="dxa" w:w="936"/>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44" w:edGrp="everyone"/>
            <w:sdt>
              <w:sdtPr>
                <w:id w:val="2044"/>
                <w:tag w:val="j2_din_heure"/>
                <w:alias w:val="j2_din_heure"/>
                <w:lock w:val="sdtLocked"/>
              </w:sdtPr>
              <w:sdtContent>
                <w:r>
                  <w:rPr>
                    <w:color w:val="64745C"/>
                    <w:sz w:val="19"/>
                  </w:rPr>
                  <w:t>Heure</w:t>
                </w:r>
              </w:sdtContent>
            </w:sdt>
            <w:permEnd w:id="44"/>
          </w:p>
        </w:tc>
        <w:tc>
          <w:tcPr>
            <w:tcW w:type="dxa" w:w="7877"/>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45" w:edGrp="everyone"/>
            <w:sdt>
              <w:sdtPr>
                <w:id w:val="2045"/>
                <w:tag w:val="j2_din_aliments"/>
                <w:alias w:val="j2_din_aliments"/>
                <w:lock w:val="sdtLocked"/>
              </w:sdtPr>
              <w:sdtContent>
                <w:r>
                  <w:rPr>
                    <w:color w:val="64745C"/>
                    <w:sz w:val="19"/>
                  </w:rPr>
                  <w:t>Aliments et boissons</w:t>
                </w:r>
              </w:sdtContent>
            </w:sdt>
            <w:permEnd w:id="45"/>
          </w:p>
        </w:tc>
      </w:tr>
      <w:tr>
        <w:tc>
          <w:tcPr>
            <w:tcW w:type="dxa" w:w="1555"/>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Autre prise</w:t>
            </w:r>
          </w:p>
        </w:tc>
        <w:tc>
          <w:tcPr>
            <w:tcW w:type="dxa" w:w="936"/>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46" w:edGrp="everyone"/>
            <w:sdt>
              <w:sdtPr>
                <w:id w:val="2046"/>
                <w:tag w:val="j2_autre1_heure"/>
                <w:alias w:val="j2_autre1_heure"/>
                <w:lock w:val="sdtLocked"/>
              </w:sdtPr>
              <w:sdtContent>
                <w:r>
                  <w:rPr>
                    <w:color w:val="64745C"/>
                    <w:sz w:val="19"/>
                  </w:rPr>
                  <w:t>Heure</w:t>
                </w:r>
              </w:sdtContent>
            </w:sdt>
            <w:permEnd w:id="46"/>
          </w:p>
        </w:tc>
        <w:tc>
          <w:tcPr>
            <w:tcW w:type="dxa" w:w="7877"/>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47" w:edGrp="everyone"/>
            <w:sdt>
              <w:sdtPr>
                <w:id w:val="2047"/>
                <w:tag w:val="j2_autre1_aliments"/>
                <w:alias w:val="j2_autre1_aliments"/>
                <w:lock w:val="sdtLocked"/>
              </w:sdtPr>
              <w:sdtContent>
                <w:r>
                  <w:rPr>
                    <w:color w:val="64745C"/>
                    <w:sz w:val="19"/>
                  </w:rPr>
                  <w:t>Aliments et boissons</w:t>
                </w:r>
              </w:sdtContent>
            </w:sdt>
            <w:permEnd w:id="47"/>
          </w:p>
        </w:tc>
      </w:tr>
      <w:tr>
        <w:tc>
          <w:tcPr>
            <w:tcW w:type="dxa" w:w="1555"/>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Autre prise</w:t>
            </w:r>
          </w:p>
        </w:tc>
        <w:tc>
          <w:tcPr>
            <w:tcW w:type="dxa" w:w="936"/>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48" w:edGrp="everyone"/>
            <w:sdt>
              <w:sdtPr>
                <w:id w:val="2048"/>
                <w:tag w:val="j2_autre2_heure"/>
                <w:alias w:val="j2_autre2_heure"/>
                <w:lock w:val="sdtLocked"/>
              </w:sdtPr>
              <w:sdtContent>
                <w:r>
                  <w:rPr>
                    <w:color w:val="64745C"/>
                    <w:sz w:val="19"/>
                  </w:rPr>
                  <w:t>Heure</w:t>
                </w:r>
              </w:sdtContent>
            </w:sdt>
            <w:permEnd w:id="48"/>
          </w:p>
        </w:tc>
        <w:tc>
          <w:tcPr>
            <w:tcW w:type="dxa" w:w="7877"/>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49" w:edGrp="everyone"/>
            <w:sdt>
              <w:sdtPr>
                <w:id w:val="2049"/>
                <w:tag w:val="j2_autre2_aliments"/>
                <w:alias w:val="j2_autre2_aliments"/>
                <w:lock w:val="sdtLocked"/>
              </w:sdtPr>
              <w:sdtContent>
                <w:r>
                  <w:rPr>
                    <w:color w:val="64745C"/>
                    <w:sz w:val="19"/>
                  </w:rPr>
                  <w:t>Aliments et boissons</w:t>
                </w:r>
              </w:sdtContent>
            </w:sdt>
            <w:permEnd w:id="49"/>
          </w:p>
        </w:tc>
      </w:tr>
      <w:tr>
        <w:tc>
          <w:tcPr>
            <w:tcW w:type="dxa" w:w="1555"/>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Autre prise</w:t>
            </w:r>
          </w:p>
        </w:tc>
        <w:tc>
          <w:tcPr>
            <w:tcW w:type="dxa" w:w="936"/>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50" w:edGrp="everyone"/>
            <w:sdt>
              <w:sdtPr>
                <w:id w:val="2050"/>
                <w:tag w:val="j2_autre3_heure"/>
                <w:alias w:val="j2_autre3_heure"/>
                <w:lock w:val="sdtLocked"/>
              </w:sdtPr>
              <w:sdtContent>
                <w:r>
                  <w:rPr>
                    <w:color w:val="64745C"/>
                    <w:sz w:val="19"/>
                  </w:rPr>
                  <w:t>Heure</w:t>
                </w:r>
              </w:sdtContent>
            </w:sdt>
            <w:permEnd w:id="50"/>
          </w:p>
        </w:tc>
        <w:tc>
          <w:tcPr>
            <w:tcW w:type="dxa" w:w="7877"/>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51" w:edGrp="everyone"/>
            <w:sdt>
              <w:sdtPr>
                <w:id w:val="2051"/>
                <w:tag w:val="j2_autre3_aliments"/>
                <w:alias w:val="j2_autre3_aliments"/>
                <w:lock w:val="sdtLocked"/>
              </w:sdtPr>
              <w:sdtContent>
                <w:r>
                  <w:rPr>
                    <w:color w:val="64745C"/>
                    <w:sz w:val="19"/>
                  </w:rPr>
                  <w:t>Aliments et boissons</w:t>
                </w:r>
              </w:sdtContent>
            </w:sdt>
            <w:permEnd w:id="51"/>
          </w:p>
        </w:tc>
      </w:tr>
    </w:tbl>
    <w:p>
      <w:pPr>
        <w:spacing w:after="0"/>
      </w:pPr>
    </w:p>
    <w:p>
      <w:pPr>
        <w:pStyle w:val="Heading1"/>
      </w:pPr>
      <w:r>
        <w:t>Journée 3</w:t>
      </w:r>
    </w:p>
    <w:p>
      <w:pPr>
        <w:spacing w:after="140"/>
      </w:pPr>
      <w:permStart w:id="52" w:edGrp="everyone"/>
      <w:sdt>
        <w:sdtPr>
          <w:id w:val="2052"/>
          <w:tag w:val="jour_3_date"/>
          <w:alias w:val="jour_3_date"/>
          <w:lock w:val="sdtLocked"/>
        </w:sdtPr>
        <w:sdtContent>
          <w:r>
            <w:rPr>
              <w:color w:val="64745C"/>
              <w:sz w:val="21"/>
            </w:rPr>
            <w:t>Cliquez ici : jour de la semaine et date</w:t>
          </w:r>
        </w:sdtContent>
      </w:sdt>
      <w:permEnd w:id="52"/>
    </w:p>
    <w:tbl>
      <w:tblPr>
        <w:tblW w:type="auto" w:w="0"/>
        <w:jc w:val="center"/>
        <w:tblLayout w:type="fixed"/>
        <w:tblLook w:firstColumn="1" w:firstRow="1" w:lastColumn="0" w:lastRow="0" w:noHBand="0" w:noVBand="1" w:val="04A0"/>
      </w:tblPr>
      <w:tblGrid>
        <w:gridCol w:w="1555"/>
        <w:gridCol w:w="936"/>
        <w:gridCol w:w="7877"/>
      </w:tblGrid>
      <w:tr>
        <w:trPr>
          <w:tblHeader/>
        </w:trPr>
        <w:tc>
          <w:tcPr>
            <w:tcW w:type="dxa" w:w="1555"/>
            <w:shd w:fill="E9E3D9"/>
            <w:tcBorders>
              <w:top w:val="single" w:sz="4" w:color="D9D9D9"/>
              <w:left w:val="single" w:sz="4" w:color="D9D9D9"/>
              <w:bottom w:val="single" w:sz="4" w:color="D9D9D9"/>
              <w:right w:val="single" w:sz="4" w:color="D9D9D9"/>
            </w:tcBorders>
            <w:tcMar>
              <w:top w:w="70" w:type="dxa"/>
              <w:bottom w:w="70" w:type="dxa"/>
              <w:left w:w="90" w:type="dxa"/>
              <w:right w:w="90" w:type="dxa"/>
            </w:tcMar>
          </w:tcPr>
          <w:p>
            <w:r>
              <w:rPr>
                <w:b/>
                <w:sz w:val="18"/>
              </w:rPr>
              <w:t>Prise</w:t>
            </w:r>
          </w:p>
        </w:tc>
        <w:tc>
          <w:tcPr>
            <w:tcW w:type="dxa" w:w="936"/>
            <w:shd w:fill="E9E3D9"/>
            <w:tcBorders>
              <w:top w:val="single" w:sz="4" w:color="D9D9D9"/>
              <w:left w:val="single" w:sz="4" w:color="D9D9D9"/>
              <w:bottom w:val="single" w:sz="4" w:color="D9D9D9"/>
              <w:right w:val="single" w:sz="4" w:color="D9D9D9"/>
            </w:tcBorders>
            <w:tcMar>
              <w:top w:w="70" w:type="dxa"/>
              <w:bottom w:w="70" w:type="dxa"/>
              <w:left w:w="90" w:type="dxa"/>
              <w:right w:w="90" w:type="dxa"/>
            </w:tcMar>
          </w:tcPr>
          <w:p>
            <w:r>
              <w:rPr>
                <w:b/>
                <w:sz w:val="18"/>
              </w:rPr>
              <w:t>Heure</w:t>
            </w:r>
          </w:p>
        </w:tc>
        <w:tc>
          <w:tcPr>
            <w:tcW w:type="dxa" w:w="7877"/>
            <w:shd w:fill="E9E3D9"/>
            <w:tcBorders>
              <w:top w:val="single" w:sz="4" w:color="D9D9D9"/>
              <w:left w:val="single" w:sz="4" w:color="D9D9D9"/>
              <w:bottom w:val="single" w:sz="4" w:color="D9D9D9"/>
              <w:right w:val="single" w:sz="4" w:color="D9D9D9"/>
            </w:tcBorders>
            <w:tcMar>
              <w:top w:w="70" w:type="dxa"/>
              <w:bottom w:w="70" w:type="dxa"/>
              <w:left w:w="90" w:type="dxa"/>
              <w:right w:w="90" w:type="dxa"/>
            </w:tcMar>
          </w:tcPr>
          <w:p>
            <w:r>
              <w:rPr>
                <w:b/>
                <w:sz w:val="18"/>
              </w:rPr>
              <w:t>Aliments et boissons</w:t>
            </w:r>
          </w:p>
        </w:tc>
      </w:tr>
      <w:tr>
        <w:tc>
          <w:tcPr>
            <w:tcW w:type="dxa" w:w="1555"/>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Petit déjeuner</w:t>
            </w:r>
          </w:p>
        </w:tc>
        <w:tc>
          <w:tcPr>
            <w:tcW w:type="dxa" w:w="936"/>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53" w:edGrp="everyone"/>
            <w:sdt>
              <w:sdtPr>
                <w:id w:val="2053"/>
                <w:tag w:val="j3_pdj_heure"/>
                <w:alias w:val="j3_pdj_heure"/>
                <w:lock w:val="sdtLocked"/>
              </w:sdtPr>
              <w:sdtContent>
                <w:r>
                  <w:rPr>
                    <w:color w:val="64745C"/>
                    <w:sz w:val="19"/>
                  </w:rPr>
                  <w:t>Heure</w:t>
                </w:r>
              </w:sdtContent>
            </w:sdt>
            <w:permEnd w:id="53"/>
          </w:p>
        </w:tc>
        <w:tc>
          <w:tcPr>
            <w:tcW w:type="dxa" w:w="7877"/>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54" w:edGrp="everyone"/>
            <w:sdt>
              <w:sdtPr>
                <w:id w:val="2054"/>
                <w:tag w:val="j3_pdj_aliments"/>
                <w:alias w:val="j3_pdj_aliments"/>
                <w:lock w:val="sdtLocked"/>
              </w:sdtPr>
              <w:sdtContent>
                <w:r>
                  <w:rPr>
                    <w:color w:val="64745C"/>
                    <w:sz w:val="19"/>
                  </w:rPr>
                  <w:t>Aliments et boissons</w:t>
                </w:r>
              </w:sdtContent>
            </w:sdt>
            <w:permEnd w:id="54"/>
          </w:p>
        </w:tc>
      </w:tr>
      <w:tr>
        <w:tc>
          <w:tcPr>
            <w:tcW w:type="dxa" w:w="1555"/>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Déjeuner</w:t>
            </w:r>
          </w:p>
        </w:tc>
        <w:tc>
          <w:tcPr>
            <w:tcW w:type="dxa" w:w="936"/>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55" w:edGrp="everyone"/>
            <w:sdt>
              <w:sdtPr>
                <w:id w:val="2055"/>
                <w:tag w:val="j3_dej_heure"/>
                <w:alias w:val="j3_dej_heure"/>
                <w:lock w:val="sdtLocked"/>
              </w:sdtPr>
              <w:sdtContent>
                <w:r>
                  <w:rPr>
                    <w:color w:val="64745C"/>
                    <w:sz w:val="19"/>
                  </w:rPr>
                  <w:t>Heure</w:t>
                </w:r>
              </w:sdtContent>
            </w:sdt>
            <w:permEnd w:id="55"/>
          </w:p>
        </w:tc>
        <w:tc>
          <w:tcPr>
            <w:tcW w:type="dxa" w:w="7877"/>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56" w:edGrp="everyone"/>
            <w:sdt>
              <w:sdtPr>
                <w:id w:val="2056"/>
                <w:tag w:val="j3_dej_aliments"/>
                <w:alias w:val="j3_dej_aliments"/>
                <w:lock w:val="sdtLocked"/>
              </w:sdtPr>
              <w:sdtContent>
                <w:r>
                  <w:rPr>
                    <w:color w:val="64745C"/>
                    <w:sz w:val="19"/>
                  </w:rPr>
                  <w:t>Aliments et boissons</w:t>
                </w:r>
              </w:sdtContent>
            </w:sdt>
            <w:permEnd w:id="56"/>
          </w:p>
        </w:tc>
      </w:tr>
      <w:tr>
        <w:tc>
          <w:tcPr>
            <w:tcW w:type="dxa" w:w="1555"/>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Dîner</w:t>
            </w:r>
          </w:p>
        </w:tc>
        <w:tc>
          <w:tcPr>
            <w:tcW w:type="dxa" w:w="936"/>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57" w:edGrp="everyone"/>
            <w:sdt>
              <w:sdtPr>
                <w:id w:val="2057"/>
                <w:tag w:val="j3_din_heure"/>
                <w:alias w:val="j3_din_heure"/>
                <w:lock w:val="sdtLocked"/>
              </w:sdtPr>
              <w:sdtContent>
                <w:r>
                  <w:rPr>
                    <w:color w:val="64745C"/>
                    <w:sz w:val="19"/>
                  </w:rPr>
                  <w:t>Heure</w:t>
                </w:r>
              </w:sdtContent>
            </w:sdt>
            <w:permEnd w:id="57"/>
          </w:p>
        </w:tc>
        <w:tc>
          <w:tcPr>
            <w:tcW w:type="dxa" w:w="7877"/>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58" w:edGrp="everyone"/>
            <w:sdt>
              <w:sdtPr>
                <w:id w:val="2058"/>
                <w:tag w:val="j3_din_aliments"/>
                <w:alias w:val="j3_din_aliments"/>
                <w:lock w:val="sdtLocked"/>
              </w:sdtPr>
              <w:sdtContent>
                <w:r>
                  <w:rPr>
                    <w:color w:val="64745C"/>
                    <w:sz w:val="19"/>
                  </w:rPr>
                  <w:t>Aliments et boissons</w:t>
                </w:r>
              </w:sdtContent>
            </w:sdt>
            <w:permEnd w:id="58"/>
          </w:p>
        </w:tc>
      </w:tr>
      <w:tr>
        <w:tc>
          <w:tcPr>
            <w:tcW w:type="dxa" w:w="1555"/>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Autre prise</w:t>
            </w:r>
          </w:p>
        </w:tc>
        <w:tc>
          <w:tcPr>
            <w:tcW w:type="dxa" w:w="936"/>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59" w:edGrp="everyone"/>
            <w:sdt>
              <w:sdtPr>
                <w:id w:val="2059"/>
                <w:tag w:val="j3_autre1_heure"/>
                <w:alias w:val="j3_autre1_heure"/>
                <w:lock w:val="sdtLocked"/>
              </w:sdtPr>
              <w:sdtContent>
                <w:r>
                  <w:rPr>
                    <w:color w:val="64745C"/>
                    <w:sz w:val="19"/>
                  </w:rPr>
                  <w:t>Heure</w:t>
                </w:r>
              </w:sdtContent>
            </w:sdt>
            <w:permEnd w:id="59"/>
          </w:p>
        </w:tc>
        <w:tc>
          <w:tcPr>
            <w:tcW w:type="dxa" w:w="7877"/>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60" w:edGrp="everyone"/>
            <w:sdt>
              <w:sdtPr>
                <w:id w:val="2060"/>
                <w:tag w:val="j3_autre1_aliments"/>
                <w:alias w:val="j3_autre1_aliments"/>
                <w:lock w:val="sdtLocked"/>
              </w:sdtPr>
              <w:sdtContent>
                <w:r>
                  <w:rPr>
                    <w:color w:val="64745C"/>
                    <w:sz w:val="19"/>
                  </w:rPr>
                  <w:t>Aliments et boissons</w:t>
                </w:r>
              </w:sdtContent>
            </w:sdt>
            <w:permEnd w:id="60"/>
          </w:p>
        </w:tc>
      </w:tr>
      <w:tr>
        <w:tc>
          <w:tcPr>
            <w:tcW w:type="dxa" w:w="1555"/>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Autre prise</w:t>
            </w:r>
          </w:p>
        </w:tc>
        <w:tc>
          <w:tcPr>
            <w:tcW w:type="dxa" w:w="936"/>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61" w:edGrp="everyone"/>
            <w:sdt>
              <w:sdtPr>
                <w:id w:val="2061"/>
                <w:tag w:val="j3_autre2_heure"/>
                <w:alias w:val="j3_autre2_heure"/>
                <w:lock w:val="sdtLocked"/>
              </w:sdtPr>
              <w:sdtContent>
                <w:r>
                  <w:rPr>
                    <w:color w:val="64745C"/>
                    <w:sz w:val="19"/>
                  </w:rPr>
                  <w:t>Heure</w:t>
                </w:r>
              </w:sdtContent>
            </w:sdt>
            <w:permEnd w:id="61"/>
          </w:p>
        </w:tc>
        <w:tc>
          <w:tcPr>
            <w:tcW w:type="dxa" w:w="7877"/>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62" w:edGrp="everyone"/>
            <w:sdt>
              <w:sdtPr>
                <w:id w:val="2062"/>
                <w:tag w:val="j3_autre2_aliments"/>
                <w:alias w:val="j3_autre2_aliments"/>
                <w:lock w:val="sdtLocked"/>
              </w:sdtPr>
              <w:sdtContent>
                <w:r>
                  <w:rPr>
                    <w:color w:val="64745C"/>
                    <w:sz w:val="19"/>
                  </w:rPr>
                  <w:t>Aliments et boissons</w:t>
                </w:r>
              </w:sdtContent>
            </w:sdt>
            <w:permEnd w:id="62"/>
          </w:p>
        </w:tc>
      </w:tr>
      <w:tr>
        <w:tc>
          <w:tcPr>
            <w:tcW w:type="dxa" w:w="1555"/>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Autre prise</w:t>
            </w:r>
          </w:p>
        </w:tc>
        <w:tc>
          <w:tcPr>
            <w:tcW w:type="dxa" w:w="936"/>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63" w:edGrp="everyone"/>
            <w:sdt>
              <w:sdtPr>
                <w:id w:val="2063"/>
                <w:tag w:val="j3_autre3_heure"/>
                <w:alias w:val="j3_autre3_heure"/>
                <w:lock w:val="sdtLocked"/>
              </w:sdtPr>
              <w:sdtContent>
                <w:r>
                  <w:rPr>
                    <w:color w:val="64745C"/>
                    <w:sz w:val="19"/>
                  </w:rPr>
                  <w:t>Heure</w:t>
                </w:r>
              </w:sdtContent>
            </w:sdt>
            <w:permEnd w:id="63"/>
          </w:p>
        </w:tc>
        <w:tc>
          <w:tcPr>
            <w:tcW w:type="dxa" w:w="7877"/>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64" w:edGrp="everyone"/>
            <w:sdt>
              <w:sdtPr>
                <w:id w:val="2064"/>
                <w:tag w:val="j3_autre3_aliments"/>
                <w:alias w:val="j3_autre3_aliments"/>
                <w:lock w:val="sdtLocked"/>
              </w:sdtPr>
              <w:sdtContent>
                <w:r>
                  <w:rPr>
                    <w:color w:val="64745C"/>
                    <w:sz w:val="19"/>
                  </w:rPr>
                  <w:t>Aliments et boissons</w:t>
                </w:r>
              </w:sdtContent>
            </w:sdt>
            <w:permEnd w:id="64"/>
          </w:p>
        </w:tc>
      </w:tr>
    </w:tbl>
    <w:p>
      <w:pPr>
        <w:spacing w:after="0"/>
      </w:pPr>
    </w:p>
    <w:p>
      <w:r>
        <w:br w:type="page"/>
      </w:r>
    </w:p>
    <w:p>
      <w:pPr>
        <w:pStyle w:val="Heading1"/>
      </w:pPr>
      <w:r>
        <w:t>Journal alimentaire jours 4 à 6</w:t>
      </w:r>
    </w:p>
    <w:p>
      <w:pPr>
        <w:pStyle w:val="Heading1"/>
      </w:pPr>
      <w:r>
        <w:t>Journée 4</w:t>
      </w:r>
    </w:p>
    <w:p>
      <w:pPr>
        <w:spacing w:after="140"/>
      </w:pPr>
      <w:permStart w:id="65" w:edGrp="everyone"/>
      <w:sdt>
        <w:sdtPr>
          <w:id w:val="2065"/>
          <w:tag w:val="jour_4_date"/>
          <w:alias w:val="jour_4_date"/>
          <w:lock w:val="sdtLocked"/>
        </w:sdtPr>
        <w:sdtContent>
          <w:r>
            <w:rPr>
              <w:color w:val="64745C"/>
              <w:sz w:val="21"/>
            </w:rPr>
            <w:t>Cliquez ici : jour de la semaine et date</w:t>
          </w:r>
        </w:sdtContent>
      </w:sdt>
      <w:permEnd w:id="65"/>
    </w:p>
    <w:tbl>
      <w:tblPr>
        <w:tblW w:type="auto" w:w="0"/>
        <w:jc w:val="center"/>
        <w:tblLayout w:type="fixed"/>
        <w:tblLook w:firstColumn="1" w:firstRow="1" w:lastColumn="0" w:lastRow="0" w:noHBand="0" w:noVBand="1" w:val="04A0"/>
      </w:tblPr>
      <w:tblGrid>
        <w:gridCol w:w="1555"/>
        <w:gridCol w:w="936"/>
        <w:gridCol w:w="7877"/>
      </w:tblGrid>
      <w:tr>
        <w:trPr>
          <w:tblHeader/>
        </w:trPr>
        <w:tc>
          <w:tcPr>
            <w:tcW w:type="dxa" w:w="1555"/>
            <w:shd w:fill="E9E3D9"/>
            <w:tcBorders>
              <w:top w:val="single" w:sz="4" w:color="D9D9D9"/>
              <w:left w:val="single" w:sz="4" w:color="D9D9D9"/>
              <w:bottom w:val="single" w:sz="4" w:color="D9D9D9"/>
              <w:right w:val="single" w:sz="4" w:color="D9D9D9"/>
            </w:tcBorders>
            <w:tcMar>
              <w:top w:w="70" w:type="dxa"/>
              <w:bottom w:w="70" w:type="dxa"/>
              <w:left w:w="90" w:type="dxa"/>
              <w:right w:w="90" w:type="dxa"/>
            </w:tcMar>
          </w:tcPr>
          <w:p>
            <w:r>
              <w:rPr>
                <w:b/>
                <w:sz w:val="18"/>
              </w:rPr>
              <w:t>Prise</w:t>
            </w:r>
          </w:p>
        </w:tc>
        <w:tc>
          <w:tcPr>
            <w:tcW w:type="dxa" w:w="936"/>
            <w:shd w:fill="E9E3D9"/>
            <w:tcBorders>
              <w:top w:val="single" w:sz="4" w:color="D9D9D9"/>
              <w:left w:val="single" w:sz="4" w:color="D9D9D9"/>
              <w:bottom w:val="single" w:sz="4" w:color="D9D9D9"/>
              <w:right w:val="single" w:sz="4" w:color="D9D9D9"/>
            </w:tcBorders>
            <w:tcMar>
              <w:top w:w="70" w:type="dxa"/>
              <w:bottom w:w="70" w:type="dxa"/>
              <w:left w:w="90" w:type="dxa"/>
              <w:right w:w="90" w:type="dxa"/>
            </w:tcMar>
          </w:tcPr>
          <w:p>
            <w:r>
              <w:rPr>
                <w:b/>
                <w:sz w:val="18"/>
              </w:rPr>
              <w:t>Heure</w:t>
            </w:r>
          </w:p>
        </w:tc>
        <w:tc>
          <w:tcPr>
            <w:tcW w:type="dxa" w:w="7877"/>
            <w:shd w:fill="E9E3D9"/>
            <w:tcBorders>
              <w:top w:val="single" w:sz="4" w:color="D9D9D9"/>
              <w:left w:val="single" w:sz="4" w:color="D9D9D9"/>
              <w:bottom w:val="single" w:sz="4" w:color="D9D9D9"/>
              <w:right w:val="single" w:sz="4" w:color="D9D9D9"/>
            </w:tcBorders>
            <w:tcMar>
              <w:top w:w="70" w:type="dxa"/>
              <w:bottom w:w="70" w:type="dxa"/>
              <w:left w:w="90" w:type="dxa"/>
              <w:right w:w="90" w:type="dxa"/>
            </w:tcMar>
          </w:tcPr>
          <w:p>
            <w:r>
              <w:rPr>
                <w:b/>
                <w:sz w:val="18"/>
              </w:rPr>
              <w:t>Aliments et boissons</w:t>
            </w:r>
          </w:p>
        </w:tc>
      </w:tr>
      <w:tr>
        <w:tc>
          <w:tcPr>
            <w:tcW w:type="dxa" w:w="1555"/>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Petit déjeuner</w:t>
            </w:r>
          </w:p>
        </w:tc>
        <w:tc>
          <w:tcPr>
            <w:tcW w:type="dxa" w:w="936"/>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66" w:edGrp="everyone"/>
            <w:sdt>
              <w:sdtPr>
                <w:id w:val="2066"/>
                <w:tag w:val="j4_pdj_heure"/>
                <w:alias w:val="j4_pdj_heure"/>
                <w:lock w:val="sdtLocked"/>
              </w:sdtPr>
              <w:sdtContent>
                <w:r>
                  <w:rPr>
                    <w:color w:val="64745C"/>
                    <w:sz w:val="19"/>
                  </w:rPr>
                  <w:t>Heure</w:t>
                </w:r>
              </w:sdtContent>
            </w:sdt>
            <w:permEnd w:id="66"/>
          </w:p>
        </w:tc>
        <w:tc>
          <w:tcPr>
            <w:tcW w:type="dxa" w:w="7877"/>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67" w:edGrp="everyone"/>
            <w:sdt>
              <w:sdtPr>
                <w:id w:val="2067"/>
                <w:tag w:val="j4_pdj_aliments"/>
                <w:alias w:val="j4_pdj_aliments"/>
                <w:lock w:val="sdtLocked"/>
              </w:sdtPr>
              <w:sdtContent>
                <w:r>
                  <w:rPr>
                    <w:color w:val="64745C"/>
                    <w:sz w:val="19"/>
                  </w:rPr>
                  <w:t>Aliments et boissons</w:t>
                </w:r>
              </w:sdtContent>
            </w:sdt>
            <w:permEnd w:id="67"/>
          </w:p>
        </w:tc>
      </w:tr>
      <w:tr>
        <w:tc>
          <w:tcPr>
            <w:tcW w:type="dxa" w:w="1555"/>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Déjeuner</w:t>
            </w:r>
          </w:p>
        </w:tc>
        <w:tc>
          <w:tcPr>
            <w:tcW w:type="dxa" w:w="936"/>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68" w:edGrp="everyone"/>
            <w:sdt>
              <w:sdtPr>
                <w:id w:val="2068"/>
                <w:tag w:val="j4_dej_heure"/>
                <w:alias w:val="j4_dej_heure"/>
                <w:lock w:val="sdtLocked"/>
              </w:sdtPr>
              <w:sdtContent>
                <w:r>
                  <w:rPr>
                    <w:color w:val="64745C"/>
                    <w:sz w:val="19"/>
                  </w:rPr>
                  <w:t>Heure</w:t>
                </w:r>
              </w:sdtContent>
            </w:sdt>
            <w:permEnd w:id="68"/>
          </w:p>
        </w:tc>
        <w:tc>
          <w:tcPr>
            <w:tcW w:type="dxa" w:w="7877"/>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69" w:edGrp="everyone"/>
            <w:sdt>
              <w:sdtPr>
                <w:id w:val="2069"/>
                <w:tag w:val="j4_dej_aliments"/>
                <w:alias w:val="j4_dej_aliments"/>
                <w:lock w:val="sdtLocked"/>
              </w:sdtPr>
              <w:sdtContent>
                <w:r>
                  <w:rPr>
                    <w:color w:val="64745C"/>
                    <w:sz w:val="19"/>
                  </w:rPr>
                  <w:t>Aliments et boissons</w:t>
                </w:r>
              </w:sdtContent>
            </w:sdt>
            <w:permEnd w:id="69"/>
          </w:p>
        </w:tc>
      </w:tr>
      <w:tr>
        <w:tc>
          <w:tcPr>
            <w:tcW w:type="dxa" w:w="1555"/>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Dîner</w:t>
            </w:r>
          </w:p>
        </w:tc>
        <w:tc>
          <w:tcPr>
            <w:tcW w:type="dxa" w:w="936"/>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70" w:edGrp="everyone"/>
            <w:sdt>
              <w:sdtPr>
                <w:id w:val="2070"/>
                <w:tag w:val="j4_din_heure"/>
                <w:alias w:val="j4_din_heure"/>
                <w:lock w:val="sdtLocked"/>
              </w:sdtPr>
              <w:sdtContent>
                <w:r>
                  <w:rPr>
                    <w:color w:val="64745C"/>
                    <w:sz w:val="19"/>
                  </w:rPr>
                  <w:t>Heure</w:t>
                </w:r>
              </w:sdtContent>
            </w:sdt>
            <w:permEnd w:id="70"/>
          </w:p>
        </w:tc>
        <w:tc>
          <w:tcPr>
            <w:tcW w:type="dxa" w:w="7877"/>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71" w:edGrp="everyone"/>
            <w:sdt>
              <w:sdtPr>
                <w:id w:val="2071"/>
                <w:tag w:val="j4_din_aliments"/>
                <w:alias w:val="j4_din_aliments"/>
                <w:lock w:val="sdtLocked"/>
              </w:sdtPr>
              <w:sdtContent>
                <w:r>
                  <w:rPr>
                    <w:color w:val="64745C"/>
                    <w:sz w:val="19"/>
                  </w:rPr>
                  <w:t>Aliments et boissons</w:t>
                </w:r>
              </w:sdtContent>
            </w:sdt>
            <w:permEnd w:id="71"/>
          </w:p>
        </w:tc>
      </w:tr>
      <w:tr>
        <w:tc>
          <w:tcPr>
            <w:tcW w:type="dxa" w:w="1555"/>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Autre prise</w:t>
            </w:r>
          </w:p>
        </w:tc>
        <w:tc>
          <w:tcPr>
            <w:tcW w:type="dxa" w:w="936"/>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72" w:edGrp="everyone"/>
            <w:sdt>
              <w:sdtPr>
                <w:id w:val="2072"/>
                <w:tag w:val="j4_autre1_heure"/>
                <w:alias w:val="j4_autre1_heure"/>
                <w:lock w:val="sdtLocked"/>
              </w:sdtPr>
              <w:sdtContent>
                <w:r>
                  <w:rPr>
                    <w:color w:val="64745C"/>
                    <w:sz w:val="19"/>
                  </w:rPr>
                  <w:t>Heure</w:t>
                </w:r>
              </w:sdtContent>
            </w:sdt>
            <w:permEnd w:id="72"/>
          </w:p>
        </w:tc>
        <w:tc>
          <w:tcPr>
            <w:tcW w:type="dxa" w:w="7877"/>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73" w:edGrp="everyone"/>
            <w:sdt>
              <w:sdtPr>
                <w:id w:val="2073"/>
                <w:tag w:val="j4_autre1_aliments"/>
                <w:alias w:val="j4_autre1_aliments"/>
                <w:lock w:val="sdtLocked"/>
              </w:sdtPr>
              <w:sdtContent>
                <w:r>
                  <w:rPr>
                    <w:color w:val="64745C"/>
                    <w:sz w:val="19"/>
                  </w:rPr>
                  <w:t>Aliments et boissons</w:t>
                </w:r>
              </w:sdtContent>
            </w:sdt>
            <w:permEnd w:id="73"/>
          </w:p>
        </w:tc>
      </w:tr>
      <w:tr>
        <w:tc>
          <w:tcPr>
            <w:tcW w:type="dxa" w:w="1555"/>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Autre prise</w:t>
            </w:r>
          </w:p>
        </w:tc>
        <w:tc>
          <w:tcPr>
            <w:tcW w:type="dxa" w:w="936"/>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74" w:edGrp="everyone"/>
            <w:sdt>
              <w:sdtPr>
                <w:id w:val="2074"/>
                <w:tag w:val="j4_autre2_heure"/>
                <w:alias w:val="j4_autre2_heure"/>
                <w:lock w:val="sdtLocked"/>
              </w:sdtPr>
              <w:sdtContent>
                <w:r>
                  <w:rPr>
                    <w:color w:val="64745C"/>
                    <w:sz w:val="19"/>
                  </w:rPr>
                  <w:t>Heure</w:t>
                </w:r>
              </w:sdtContent>
            </w:sdt>
            <w:permEnd w:id="74"/>
          </w:p>
        </w:tc>
        <w:tc>
          <w:tcPr>
            <w:tcW w:type="dxa" w:w="7877"/>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75" w:edGrp="everyone"/>
            <w:sdt>
              <w:sdtPr>
                <w:id w:val="2075"/>
                <w:tag w:val="j4_autre2_aliments"/>
                <w:alias w:val="j4_autre2_aliments"/>
                <w:lock w:val="sdtLocked"/>
              </w:sdtPr>
              <w:sdtContent>
                <w:r>
                  <w:rPr>
                    <w:color w:val="64745C"/>
                    <w:sz w:val="19"/>
                  </w:rPr>
                  <w:t>Aliments et boissons</w:t>
                </w:r>
              </w:sdtContent>
            </w:sdt>
            <w:permEnd w:id="75"/>
          </w:p>
        </w:tc>
      </w:tr>
      <w:tr>
        <w:tc>
          <w:tcPr>
            <w:tcW w:type="dxa" w:w="1555"/>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Autre prise</w:t>
            </w:r>
          </w:p>
        </w:tc>
        <w:tc>
          <w:tcPr>
            <w:tcW w:type="dxa" w:w="936"/>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76" w:edGrp="everyone"/>
            <w:sdt>
              <w:sdtPr>
                <w:id w:val="2076"/>
                <w:tag w:val="j4_autre3_heure"/>
                <w:alias w:val="j4_autre3_heure"/>
                <w:lock w:val="sdtLocked"/>
              </w:sdtPr>
              <w:sdtContent>
                <w:r>
                  <w:rPr>
                    <w:color w:val="64745C"/>
                    <w:sz w:val="19"/>
                  </w:rPr>
                  <w:t>Heure</w:t>
                </w:r>
              </w:sdtContent>
            </w:sdt>
            <w:permEnd w:id="76"/>
          </w:p>
        </w:tc>
        <w:tc>
          <w:tcPr>
            <w:tcW w:type="dxa" w:w="7877"/>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77" w:edGrp="everyone"/>
            <w:sdt>
              <w:sdtPr>
                <w:id w:val="2077"/>
                <w:tag w:val="j4_autre3_aliments"/>
                <w:alias w:val="j4_autre3_aliments"/>
                <w:lock w:val="sdtLocked"/>
              </w:sdtPr>
              <w:sdtContent>
                <w:r>
                  <w:rPr>
                    <w:color w:val="64745C"/>
                    <w:sz w:val="19"/>
                  </w:rPr>
                  <w:t>Aliments et boissons</w:t>
                </w:r>
              </w:sdtContent>
            </w:sdt>
            <w:permEnd w:id="77"/>
          </w:p>
        </w:tc>
      </w:tr>
    </w:tbl>
    <w:p>
      <w:pPr>
        <w:spacing w:after="0"/>
      </w:pPr>
    </w:p>
    <w:p>
      <w:pPr>
        <w:pStyle w:val="Heading1"/>
      </w:pPr>
      <w:r>
        <w:t>Journée 5</w:t>
      </w:r>
    </w:p>
    <w:p>
      <w:pPr>
        <w:spacing w:after="140"/>
      </w:pPr>
      <w:permStart w:id="78" w:edGrp="everyone"/>
      <w:sdt>
        <w:sdtPr>
          <w:id w:val="2078"/>
          <w:tag w:val="jour_5_date"/>
          <w:alias w:val="jour_5_date"/>
          <w:lock w:val="sdtLocked"/>
        </w:sdtPr>
        <w:sdtContent>
          <w:r>
            <w:rPr>
              <w:color w:val="64745C"/>
              <w:sz w:val="21"/>
            </w:rPr>
            <w:t>Cliquez ici : jour de la semaine et date</w:t>
          </w:r>
        </w:sdtContent>
      </w:sdt>
      <w:permEnd w:id="78"/>
    </w:p>
    <w:tbl>
      <w:tblPr>
        <w:tblW w:type="auto" w:w="0"/>
        <w:jc w:val="center"/>
        <w:tblLayout w:type="fixed"/>
        <w:tblLook w:firstColumn="1" w:firstRow="1" w:lastColumn="0" w:lastRow="0" w:noHBand="0" w:noVBand="1" w:val="04A0"/>
      </w:tblPr>
      <w:tblGrid>
        <w:gridCol w:w="1555"/>
        <w:gridCol w:w="936"/>
        <w:gridCol w:w="7877"/>
      </w:tblGrid>
      <w:tr>
        <w:trPr>
          <w:tblHeader/>
        </w:trPr>
        <w:tc>
          <w:tcPr>
            <w:tcW w:type="dxa" w:w="1555"/>
            <w:shd w:fill="E9E3D9"/>
            <w:tcBorders>
              <w:top w:val="single" w:sz="4" w:color="D9D9D9"/>
              <w:left w:val="single" w:sz="4" w:color="D9D9D9"/>
              <w:bottom w:val="single" w:sz="4" w:color="D9D9D9"/>
              <w:right w:val="single" w:sz="4" w:color="D9D9D9"/>
            </w:tcBorders>
            <w:tcMar>
              <w:top w:w="70" w:type="dxa"/>
              <w:bottom w:w="70" w:type="dxa"/>
              <w:left w:w="90" w:type="dxa"/>
              <w:right w:w="90" w:type="dxa"/>
            </w:tcMar>
          </w:tcPr>
          <w:p>
            <w:r>
              <w:rPr>
                <w:b/>
                <w:sz w:val="18"/>
              </w:rPr>
              <w:t>Prise</w:t>
            </w:r>
          </w:p>
        </w:tc>
        <w:tc>
          <w:tcPr>
            <w:tcW w:type="dxa" w:w="936"/>
            <w:shd w:fill="E9E3D9"/>
            <w:tcBorders>
              <w:top w:val="single" w:sz="4" w:color="D9D9D9"/>
              <w:left w:val="single" w:sz="4" w:color="D9D9D9"/>
              <w:bottom w:val="single" w:sz="4" w:color="D9D9D9"/>
              <w:right w:val="single" w:sz="4" w:color="D9D9D9"/>
            </w:tcBorders>
            <w:tcMar>
              <w:top w:w="70" w:type="dxa"/>
              <w:bottom w:w="70" w:type="dxa"/>
              <w:left w:w="90" w:type="dxa"/>
              <w:right w:w="90" w:type="dxa"/>
            </w:tcMar>
          </w:tcPr>
          <w:p>
            <w:r>
              <w:rPr>
                <w:b/>
                <w:sz w:val="18"/>
              </w:rPr>
              <w:t>Heure</w:t>
            </w:r>
          </w:p>
        </w:tc>
        <w:tc>
          <w:tcPr>
            <w:tcW w:type="dxa" w:w="7877"/>
            <w:shd w:fill="E9E3D9"/>
            <w:tcBorders>
              <w:top w:val="single" w:sz="4" w:color="D9D9D9"/>
              <w:left w:val="single" w:sz="4" w:color="D9D9D9"/>
              <w:bottom w:val="single" w:sz="4" w:color="D9D9D9"/>
              <w:right w:val="single" w:sz="4" w:color="D9D9D9"/>
            </w:tcBorders>
            <w:tcMar>
              <w:top w:w="70" w:type="dxa"/>
              <w:bottom w:w="70" w:type="dxa"/>
              <w:left w:w="90" w:type="dxa"/>
              <w:right w:w="90" w:type="dxa"/>
            </w:tcMar>
          </w:tcPr>
          <w:p>
            <w:r>
              <w:rPr>
                <w:b/>
                <w:sz w:val="18"/>
              </w:rPr>
              <w:t>Aliments et boissons</w:t>
            </w:r>
          </w:p>
        </w:tc>
      </w:tr>
      <w:tr>
        <w:tc>
          <w:tcPr>
            <w:tcW w:type="dxa" w:w="1555"/>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Petit déjeuner</w:t>
            </w:r>
          </w:p>
        </w:tc>
        <w:tc>
          <w:tcPr>
            <w:tcW w:type="dxa" w:w="936"/>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79" w:edGrp="everyone"/>
            <w:sdt>
              <w:sdtPr>
                <w:id w:val="2079"/>
                <w:tag w:val="j5_pdj_heure"/>
                <w:alias w:val="j5_pdj_heure"/>
                <w:lock w:val="sdtLocked"/>
              </w:sdtPr>
              <w:sdtContent>
                <w:r>
                  <w:rPr>
                    <w:color w:val="64745C"/>
                    <w:sz w:val="19"/>
                  </w:rPr>
                  <w:t>Heure</w:t>
                </w:r>
              </w:sdtContent>
            </w:sdt>
            <w:permEnd w:id="79"/>
          </w:p>
        </w:tc>
        <w:tc>
          <w:tcPr>
            <w:tcW w:type="dxa" w:w="7877"/>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80" w:edGrp="everyone"/>
            <w:sdt>
              <w:sdtPr>
                <w:id w:val="2080"/>
                <w:tag w:val="j5_pdj_aliments"/>
                <w:alias w:val="j5_pdj_aliments"/>
                <w:lock w:val="sdtLocked"/>
              </w:sdtPr>
              <w:sdtContent>
                <w:r>
                  <w:rPr>
                    <w:color w:val="64745C"/>
                    <w:sz w:val="19"/>
                  </w:rPr>
                  <w:t>Aliments et boissons</w:t>
                </w:r>
              </w:sdtContent>
            </w:sdt>
            <w:permEnd w:id="80"/>
          </w:p>
        </w:tc>
      </w:tr>
      <w:tr>
        <w:tc>
          <w:tcPr>
            <w:tcW w:type="dxa" w:w="1555"/>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Déjeuner</w:t>
            </w:r>
          </w:p>
        </w:tc>
        <w:tc>
          <w:tcPr>
            <w:tcW w:type="dxa" w:w="936"/>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81" w:edGrp="everyone"/>
            <w:sdt>
              <w:sdtPr>
                <w:id w:val="2081"/>
                <w:tag w:val="j5_dej_heure"/>
                <w:alias w:val="j5_dej_heure"/>
                <w:lock w:val="sdtLocked"/>
              </w:sdtPr>
              <w:sdtContent>
                <w:r>
                  <w:rPr>
                    <w:color w:val="64745C"/>
                    <w:sz w:val="19"/>
                  </w:rPr>
                  <w:t>Heure</w:t>
                </w:r>
              </w:sdtContent>
            </w:sdt>
            <w:permEnd w:id="81"/>
          </w:p>
        </w:tc>
        <w:tc>
          <w:tcPr>
            <w:tcW w:type="dxa" w:w="7877"/>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82" w:edGrp="everyone"/>
            <w:sdt>
              <w:sdtPr>
                <w:id w:val="2082"/>
                <w:tag w:val="j5_dej_aliments"/>
                <w:alias w:val="j5_dej_aliments"/>
                <w:lock w:val="sdtLocked"/>
              </w:sdtPr>
              <w:sdtContent>
                <w:r>
                  <w:rPr>
                    <w:color w:val="64745C"/>
                    <w:sz w:val="19"/>
                  </w:rPr>
                  <w:t>Aliments et boissons</w:t>
                </w:r>
              </w:sdtContent>
            </w:sdt>
            <w:permEnd w:id="82"/>
          </w:p>
        </w:tc>
      </w:tr>
      <w:tr>
        <w:tc>
          <w:tcPr>
            <w:tcW w:type="dxa" w:w="1555"/>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Dîner</w:t>
            </w:r>
          </w:p>
        </w:tc>
        <w:tc>
          <w:tcPr>
            <w:tcW w:type="dxa" w:w="936"/>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83" w:edGrp="everyone"/>
            <w:sdt>
              <w:sdtPr>
                <w:id w:val="2083"/>
                <w:tag w:val="j5_din_heure"/>
                <w:alias w:val="j5_din_heure"/>
                <w:lock w:val="sdtLocked"/>
              </w:sdtPr>
              <w:sdtContent>
                <w:r>
                  <w:rPr>
                    <w:color w:val="64745C"/>
                    <w:sz w:val="19"/>
                  </w:rPr>
                  <w:t>Heure</w:t>
                </w:r>
              </w:sdtContent>
            </w:sdt>
            <w:permEnd w:id="83"/>
          </w:p>
        </w:tc>
        <w:tc>
          <w:tcPr>
            <w:tcW w:type="dxa" w:w="7877"/>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84" w:edGrp="everyone"/>
            <w:sdt>
              <w:sdtPr>
                <w:id w:val="2084"/>
                <w:tag w:val="j5_din_aliments"/>
                <w:alias w:val="j5_din_aliments"/>
                <w:lock w:val="sdtLocked"/>
              </w:sdtPr>
              <w:sdtContent>
                <w:r>
                  <w:rPr>
                    <w:color w:val="64745C"/>
                    <w:sz w:val="19"/>
                  </w:rPr>
                  <w:t>Aliments et boissons</w:t>
                </w:r>
              </w:sdtContent>
            </w:sdt>
            <w:permEnd w:id="84"/>
          </w:p>
        </w:tc>
      </w:tr>
      <w:tr>
        <w:tc>
          <w:tcPr>
            <w:tcW w:type="dxa" w:w="1555"/>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Autre prise</w:t>
            </w:r>
          </w:p>
        </w:tc>
        <w:tc>
          <w:tcPr>
            <w:tcW w:type="dxa" w:w="936"/>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85" w:edGrp="everyone"/>
            <w:sdt>
              <w:sdtPr>
                <w:id w:val="2085"/>
                <w:tag w:val="j5_autre1_heure"/>
                <w:alias w:val="j5_autre1_heure"/>
                <w:lock w:val="sdtLocked"/>
              </w:sdtPr>
              <w:sdtContent>
                <w:r>
                  <w:rPr>
                    <w:color w:val="64745C"/>
                    <w:sz w:val="19"/>
                  </w:rPr>
                  <w:t>Heure</w:t>
                </w:r>
              </w:sdtContent>
            </w:sdt>
            <w:permEnd w:id="85"/>
          </w:p>
        </w:tc>
        <w:tc>
          <w:tcPr>
            <w:tcW w:type="dxa" w:w="7877"/>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86" w:edGrp="everyone"/>
            <w:sdt>
              <w:sdtPr>
                <w:id w:val="2086"/>
                <w:tag w:val="j5_autre1_aliments"/>
                <w:alias w:val="j5_autre1_aliments"/>
                <w:lock w:val="sdtLocked"/>
              </w:sdtPr>
              <w:sdtContent>
                <w:r>
                  <w:rPr>
                    <w:color w:val="64745C"/>
                    <w:sz w:val="19"/>
                  </w:rPr>
                  <w:t>Aliments et boissons</w:t>
                </w:r>
              </w:sdtContent>
            </w:sdt>
            <w:permEnd w:id="86"/>
          </w:p>
        </w:tc>
      </w:tr>
      <w:tr>
        <w:tc>
          <w:tcPr>
            <w:tcW w:type="dxa" w:w="1555"/>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Autre prise</w:t>
            </w:r>
          </w:p>
        </w:tc>
        <w:tc>
          <w:tcPr>
            <w:tcW w:type="dxa" w:w="936"/>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87" w:edGrp="everyone"/>
            <w:sdt>
              <w:sdtPr>
                <w:id w:val="2087"/>
                <w:tag w:val="j5_autre2_heure"/>
                <w:alias w:val="j5_autre2_heure"/>
                <w:lock w:val="sdtLocked"/>
              </w:sdtPr>
              <w:sdtContent>
                <w:r>
                  <w:rPr>
                    <w:color w:val="64745C"/>
                    <w:sz w:val="19"/>
                  </w:rPr>
                  <w:t>Heure</w:t>
                </w:r>
              </w:sdtContent>
            </w:sdt>
            <w:permEnd w:id="87"/>
          </w:p>
        </w:tc>
        <w:tc>
          <w:tcPr>
            <w:tcW w:type="dxa" w:w="7877"/>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88" w:edGrp="everyone"/>
            <w:sdt>
              <w:sdtPr>
                <w:id w:val="2088"/>
                <w:tag w:val="j5_autre2_aliments"/>
                <w:alias w:val="j5_autre2_aliments"/>
                <w:lock w:val="sdtLocked"/>
              </w:sdtPr>
              <w:sdtContent>
                <w:r>
                  <w:rPr>
                    <w:color w:val="64745C"/>
                    <w:sz w:val="19"/>
                  </w:rPr>
                  <w:t>Aliments et boissons</w:t>
                </w:r>
              </w:sdtContent>
            </w:sdt>
            <w:permEnd w:id="88"/>
          </w:p>
        </w:tc>
      </w:tr>
      <w:tr>
        <w:tc>
          <w:tcPr>
            <w:tcW w:type="dxa" w:w="1555"/>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Autre prise</w:t>
            </w:r>
          </w:p>
        </w:tc>
        <w:tc>
          <w:tcPr>
            <w:tcW w:type="dxa" w:w="936"/>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89" w:edGrp="everyone"/>
            <w:sdt>
              <w:sdtPr>
                <w:id w:val="2089"/>
                <w:tag w:val="j5_autre3_heure"/>
                <w:alias w:val="j5_autre3_heure"/>
                <w:lock w:val="sdtLocked"/>
              </w:sdtPr>
              <w:sdtContent>
                <w:r>
                  <w:rPr>
                    <w:color w:val="64745C"/>
                    <w:sz w:val="19"/>
                  </w:rPr>
                  <w:t>Heure</w:t>
                </w:r>
              </w:sdtContent>
            </w:sdt>
            <w:permEnd w:id="89"/>
          </w:p>
        </w:tc>
        <w:tc>
          <w:tcPr>
            <w:tcW w:type="dxa" w:w="7877"/>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90" w:edGrp="everyone"/>
            <w:sdt>
              <w:sdtPr>
                <w:id w:val="2090"/>
                <w:tag w:val="j5_autre3_aliments"/>
                <w:alias w:val="j5_autre3_aliments"/>
                <w:lock w:val="sdtLocked"/>
              </w:sdtPr>
              <w:sdtContent>
                <w:r>
                  <w:rPr>
                    <w:color w:val="64745C"/>
                    <w:sz w:val="19"/>
                  </w:rPr>
                  <w:t>Aliments et boissons</w:t>
                </w:r>
              </w:sdtContent>
            </w:sdt>
            <w:permEnd w:id="90"/>
          </w:p>
        </w:tc>
      </w:tr>
    </w:tbl>
    <w:p>
      <w:pPr>
        <w:spacing w:after="0"/>
      </w:pPr>
    </w:p>
    <w:p>
      <w:pPr>
        <w:pStyle w:val="Heading1"/>
      </w:pPr>
      <w:r>
        <w:t>Journée 6</w:t>
      </w:r>
    </w:p>
    <w:p>
      <w:pPr>
        <w:spacing w:after="140"/>
      </w:pPr>
      <w:permStart w:id="91" w:edGrp="everyone"/>
      <w:sdt>
        <w:sdtPr>
          <w:id w:val="2091"/>
          <w:tag w:val="jour_6_date"/>
          <w:alias w:val="jour_6_date"/>
          <w:lock w:val="sdtLocked"/>
        </w:sdtPr>
        <w:sdtContent>
          <w:r>
            <w:rPr>
              <w:color w:val="64745C"/>
              <w:sz w:val="21"/>
            </w:rPr>
            <w:t>Cliquez ici : jour de la semaine et date</w:t>
          </w:r>
        </w:sdtContent>
      </w:sdt>
      <w:permEnd w:id="91"/>
    </w:p>
    <w:tbl>
      <w:tblPr>
        <w:tblW w:type="auto" w:w="0"/>
        <w:jc w:val="center"/>
        <w:tblLayout w:type="fixed"/>
        <w:tblLook w:firstColumn="1" w:firstRow="1" w:lastColumn="0" w:lastRow="0" w:noHBand="0" w:noVBand="1" w:val="04A0"/>
      </w:tblPr>
      <w:tblGrid>
        <w:gridCol w:w="1555"/>
        <w:gridCol w:w="936"/>
        <w:gridCol w:w="7877"/>
      </w:tblGrid>
      <w:tr>
        <w:trPr>
          <w:tblHeader/>
        </w:trPr>
        <w:tc>
          <w:tcPr>
            <w:tcW w:type="dxa" w:w="1555"/>
            <w:shd w:fill="E9E3D9"/>
            <w:tcBorders>
              <w:top w:val="single" w:sz="4" w:color="D9D9D9"/>
              <w:left w:val="single" w:sz="4" w:color="D9D9D9"/>
              <w:bottom w:val="single" w:sz="4" w:color="D9D9D9"/>
              <w:right w:val="single" w:sz="4" w:color="D9D9D9"/>
            </w:tcBorders>
            <w:tcMar>
              <w:top w:w="70" w:type="dxa"/>
              <w:bottom w:w="70" w:type="dxa"/>
              <w:left w:w="90" w:type="dxa"/>
              <w:right w:w="90" w:type="dxa"/>
            </w:tcMar>
          </w:tcPr>
          <w:p>
            <w:r>
              <w:rPr>
                <w:b/>
                <w:sz w:val="18"/>
              </w:rPr>
              <w:t>Prise</w:t>
            </w:r>
          </w:p>
        </w:tc>
        <w:tc>
          <w:tcPr>
            <w:tcW w:type="dxa" w:w="936"/>
            <w:shd w:fill="E9E3D9"/>
            <w:tcBorders>
              <w:top w:val="single" w:sz="4" w:color="D9D9D9"/>
              <w:left w:val="single" w:sz="4" w:color="D9D9D9"/>
              <w:bottom w:val="single" w:sz="4" w:color="D9D9D9"/>
              <w:right w:val="single" w:sz="4" w:color="D9D9D9"/>
            </w:tcBorders>
            <w:tcMar>
              <w:top w:w="70" w:type="dxa"/>
              <w:bottom w:w="70" w:type="dxa"/>
              <w:left w:w="90" w:type="dxa"/>
              <w:right w:w="90" w:type="dxa"/>
            </w:tcMar>
          </w:tcPr>
          <w:p>
            <w:r>
              <w:rPr>
                <w:b/>
                <w:sz w:val="18"/>
              </w:rPr>
              <w:t>Heure</w:t>
            </w:r>
          </w:p>
        </w:tc>
        <w:tc>
          <w:tcPr>
            <w:tcW w:type="dxa" w:w="7877"/>
            <w:shd w:fill="E9E3D9"/>
            <w:tcBorders>
              <w:top w:val="single" w:sz="4" w:color="D9D9D9"/>
              <w:left w:val="single" w:sz="4" w:color="D9D9D9"/>
              <w:bottom w:val="single" w:sz="4" w:color="D9D9D9"/>
              <w:right w:val="single" w:sz="4" w:color="D9D9D9"/>
            </w:tcBorders>
            <w:tcMar>
              <w:top w:w="70" w:type="dxa"/>
              <w:bottom w:w="70" w:type="dxa"/>
              <w:left w:w="90" w:type="dxa"/>
              <w:right w:w="90" w:type="dxa"/>
            </w:tcMar>
          </w:tcPr>
          <w:p>
            <w:r>
              <w:rPr>
                <w:b/>
                <w:sz w:val="18"/>
              </w:rPr>
              <w:t>Aliments et boissons</w:t>
            </w:r>
          </w:p>
        </w:tc>
      </w:tr>
      <w:tr>
        <w:tc>
          <w:tcPr>
            <w:tcW w:type="dxa" w:w="1555"/>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Petit déjeuner</w:t>
            </w:r>
          </w:p>
        </w:tc>
        <w:tc>
          <w:tcPr>
            <w:tcW w:type="dxa" w:w="936"/>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92" w:edGrp="everyone"/>
            <w:sdt>
              <w:sdtPr>
                <w:id w:val="2092"/>
                <w:tag w:val="j6_pdj_heure"/>
                <w:alias w:val="j6_pdj_heure"/>
                <w:lock w:val="sdtLocked"/>
              </w:sdtPr>
              <w:sdtContent>
                <w:r>
                  <w:rPr>
                    <w:color w:val="64745C"/>
                    <w:sz w:val="19"/>
                  </w:rPr>
                  <w:t>Heure</w:t>
                </w:r>
              </w:sdtContent>
            </w:sdt>
            <w:permEnd w:id="92"/>
          </w:p>
        </w:tc>
        <w:tc>
          <w:tcPr>
            <w:tcW w:type="dxa" w:w="7877"/>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93" w:edGrp="everyone"/>
            <w:sdt>
              <w:sdtPr>
                <w:id w:val="2093"/>
                <w:tag w:val="j6_pdj_aliments"/>
                <w:alias w:val="j6_pdj_aliments"/>
                <w:lock w:val="sdtLocked"/>
              </w:sdtPr>
              <w:sdtContent>
                <w:r>
                  <w:rPr>
                    <w:color w:val="64745C"/>
                    <w:sz w:val="19"/>
                  </w:rPr>
                  <w:t>Aliments et boissons</w:t>
                </w:r>
              </w:sdtContent>
            </w:sdt>
            <w:permEnd w:id="93"/>
          </w:p>
        </w:tc>
      </w:tr>
      <w:tr>
        <w:tc>
          <w:tcPr>
            <w:tcW w:type="dxa" w:w="1555"/>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Déjeuner</w:t>
            </w:r>
          </w:p>
        </w:tc>
        <w:tc>
          <w:tcPr>
            <w:tcW w:type="dxa" w:w="936"/>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94" w:edGrp="everyone"/>
            <w:sdt>
              <w:sdtPr>
                <w:id w:val="2094"/>
                <w:tag w:val="j6_dej_heure"/>
                <w:alias w:val="j6_dej_heure"/>
                <w:lock w:val="sdtLocked"/>
              </w:sdtPr>
              <w:sdtContent>
                <w:r>
                  <w:rPr>
                    <w:color w:val="64745C"/>
                    <w:sz w:val="19"/>
                  </w:rPr>
                  <w:t>Heure</w:t>
                </w:r>
              </w:sdtContent>
            </w:sdt>
            <w:permEnd w:id="94"/>
          </w:p>
        </w:tc>
        <w:tc>
          <w:tcPr>
            <w:tcW w:type="dxa" w:w="7877"/>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95" w:edGrp="everyone"/>
            <w:sdt>
              <w:sdtPr>
                <w:id w:val="2095"/>
                <w:tag w:val="j6_dej_aliments"/>
                <w:alias w:val="j6_dej_aliments"/>
                <w:lock w:val="sdtLocked"/>
              </w:sdtPr>
              <w:sdtContent>
                <w:r>
                  <w:rPr>
                    <w:color w:val="64745C"/>
                    <w:sz w:val="19"/>
                  </w:rPr>
                  <w:t>Aliments et boissons</w:t>
                </w:r>
              </w:sdtContent>
            </w:sdt>
            <w:permEnd w:id="95"/>
          </w:p>
        </w:tc>
      </w:tr>
      <w:tr>
        <w:tc>
          <w:tcPr>
            <w:tcW w:type="dxa" w:w="1555"/>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Dîner</w:t>
            </w:r>
          </w:p>
        </w:tc>
        <w:tc>
          <w:tcPr>
            <w:tcW w:type="dxa" w:w="936"/>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96" w:edGrp="everyone"/>
            <w:sdt>
              <w:sdtPr>
                <w:id w:val="2096"/>
                <w:tag w:val="j6_din_heure"/>
                <w:alias w:val="j6_din_heure"/>
                <w:lock w:val="sdtLocked"/>
              </w:sdtPr>
              <w:sdtContent>
                <w:r>
                  <w:rPr>
                    <w:color w:val="64745C"/>
                    <w:sz w:val="19"/>
                  </w:rPr>
                  <w:t>Heure</w:t>
                </w:r>
              </w:sdtContent>
            </w:sdt>
            <w:permEnd w:id="96"/>
          </w:p>
        </w:tc>
        <w:tc>
          <w:tcPr>
            <w:tcW w:type="dxa" w:w="7877"/>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97" w:edGrp="everyone"/>
            <w:sdt>
              <w:sdtPr>
                <w:id w:val="2097"/>
                <w:tag w:val="j6_din_aliments"/>
                <w:alias w:val="j6_din_aliments"/>
                <w:lock w:val="sdtLocked"/>
              </w:sdtPr>
              <w:sdtContent>
                <w:r>
                  <w:rPr>
                    <w:color w:val="64745C"/>
                    <w:sz w:val="19"/>
                  </w:rPr>
                  <w:t>Aliments et boissons</w:t>
                </w:r>
              </w:sdtContent>
            </w:sdt>
            <w:permEnd w:id="97"/>
          </w:p>
        </w:tc>
      </w:tr>
      <w:tr>
        <w:tc>
          <w:tcPr>
            <w:tcW w:type="dxa" w:w="1555"/>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Autre prise</w:t>
            </w:r>
          </w:p>
        </w:tc>
        <w:tc>
          <w:tcPr>
            <w:tcW w:type="dxa" w:w="936"/>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98" w:edGrp="everyone"/>
            <w:sdt>
              <w:sdtPr>
                <w:id w:val="2098"/>
                <w:tag w:val="j6_autre1_heure"/>
                <w:alias w:val="j6_autre1_heure"/>
                <w:lock w:val="sdtLocked"/>
              </w:sdtPr>
              <w:sdtContent>
                <w:r>
                  <w:rPr>
                    <w:color w:val="64745C"/>
                    <w:sz w:val="19"/>
                  </w:rPr>
                  <w:t>Heure</w:t>
                </w:r>
              </w:sdtContent>
            </w:sdt>
            <w:permEnd w:id="98"/>
          </w:p>
        </w:tc>
        <w:tc>
          <w:tcPr>
            <w:tcW w:type="dxa" w:w="7877"/>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99" w:edGrp="everyone"/>
            <w:sdt>
              <w:sdtPr>
                <w:id w:val="2099"/>
                <w:tag w:val="j6_autre1_aliments"/>
                <w:alias w:val="j6_autre1_aliments"/>
                <w:lock w:val="sdtLocked"/>
              </w:sdtPr>
              <w:sdtContent>
                <w:r>
                  <w:rPr>
                    <w:color w:val="64745C"/>
                    <w:sz w:val="19"/>
                  </w:rPr>
                  <w:t>Aliments et boissons</w:t>
                </w:r>
              </w:sdtContent>
            </w:sdt>
            <w:permEnd w:id="99"/>
          </w:p>
        </w:tc>
      </w:tr>
      <w:tr>
        <w:tc>
          <w:tcPr>
            <w:tcW w:type="dxa" w:w="1555"/>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Autre prise</w:t>
            </w:r>
          </w:p>
        </w:tc>
        <w:tc>
          <w:tcPr>
            <w:tcW w:type="dxa" w:w="936"/>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100" w:edGrp="everyone"/>
            <w:sdt>
              <w:sdtPr>
                <w:id w:val="2100"/>
                <w:tag w:val="j6_autre2_heure"/>
                <w:alias w:val="j6_autre2_heure"/>
                <w:lock w:val="sdtLocked"/>
              </w:sdtPr>
              <w:sdtContent>
                <w:r>
                  <w:rPr>
                    <w:color w:val="64745C"/>
                    <w:sz w:val="19"/>
                  </w:rPr>
                  <w:t>Heure</w:t>
                </w:r>
              </w:sdtContent>
            </w:sdt>
            <w:permEnd w:id="100"/>
          </w:p>
        </w:tc>
        <w:tc>
          <w:tcPr>
            <w:tcW w:type="dxa" w:w="7877"/>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101" w:edGrp="everyone"/>
            <w:sdt>
              <w:sdtPr>
                <w:id w:val="2101"/>
                <w:tag w:val="j6_autre2_aliments"/>
                <w:alias w:val="j6_autre2_aliments"/>
                <w:lock w:val="sdtLocked"/>
              </w:sdtPr>
              <w:sdtContent>
                <w:r>
                  <w:rPr>
                    <w:color w:val="64745C"/>
                    <w:sz w:val="19"/>
                  </w:rPr>
                  <w:t>Aliments et boissons</w:t>
                </w:r>
              </w:sdtContent>
            </w:sdt>
            <w:permEnd w:id="101"/>
          </w:p>
        </w:tc>
      </w:tr>
      <w:tr>
        <w:tc>
          <w:tcPr>
            <w:tcW w:type="dxa" w:w="1555"/>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Autre prise</w:t>
            </w:r>
          </w:p>
        </w:tc>
        <w:tc>
          <w:tcPr>
            <w:tcW w:type="dxa" w:w="936"/>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102" w:edGrp="everyone"/>
            <w:sdt>
              <w:sdtPr>
                <w:id w:val="2102"/>
                <w:tag w:val="j6_autre3_heure"/>
                <w:alias w:val="j6_autre3_heure"/>
                <w:lock w:val="sdtLocked"/>
              </w:sdtPr>
              <w:sdtContent>
                <w:r>
                  <w:rPr>
                    <w:color w:val="64745C"/>
                    <w:sz w:val="19"/>
                  </w:rPr>
                  <w:t>Heure</w:t>
                </w:r>
              </w:sdtContent>
            </w:sdt>
            <w:permEnd w:id="102"/>
          </w:p>
        </w:tc>
        <w:tc>
          <w:tcPr>
            <w:tcW w:type="dxa" w:w="7877"/>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103" w:edGrp="everyone"/>
            <w:sdt>
              <w:sdtPr>
                <w:id w:val="2103"/>
                <w:tag w:val="j6_autre3_aliments"/>
                <w:alias w:val="j6_autre3_aliments"/>
                <w:lock w:val="sdtLocked"/>
              </w:sdtPr>
              <w:sdtContent>
                <w:r>
                  <w:rPr>
                    <w:color w:val="64745C"/>
                    <w:sz w:val="19"/>
                  </w:rPr>
                  <w:t>Aliments et boissons</w:t>
                </w:r>
              </w:sdtContent>
            </w:sdt>
            <w:permEnd w:id="103"/>
          </w:p>
        </w:tc>
      </w:tr>
    </w:tbl>
    <w:p>
      <w:pPr>
        <w:spacing w:after="0"/>
      </w:pPr>
    </w:p>
    <w:p>
      <w:r>
        <w:br w:type="page"/>
      </w:r>
    </w:p>
    <w:p>
      <w:pPr>
        <w:pStyle w:val="Heading1"/>
      </w:pPr>
      <w:r>
        <w:t>Journal alimentaire jour 7</w:t>
      </w:r>
    </w:p>
    <w:p>
      <w:pPr>
        <w:pStyle w:val="Heading1"/>
      </w:pPr>
      <w:r>
        <w:t>Journée 7</w:t>
      </w:r>
    </w:p>
    <w:p>
      <w:pPr>
        <w:spacing w:after="140"/>
      </w:pPr>
      <w:permStart w:id="104" w:edGrp="everyone"/>
      <w:sdt>
        <w:sdtPr>
          <w:id w:val="2104"/>
          <w:tag w:val="jour_7_date"/>
          <w:alias w:val="jour_7_date"/>
          <w:lock w:val="sdtLocked"/>
        </w:sdtPr>
        <w:sdtContent>
          <w:r>
            <w:rPr>
              <w:color w:val="64745C"/>
              <w:sz w:val="21"/>
            </w:rPr>
            <w:t>Cliquez ici : jour de la semaine et date</w:t>
          </w:r>
        </w:sdtContent>
      </w:sdt>
      <w:permEnd w:id="104"/>
    </w:p>
    <w:tbl>
      <w:tblPr>
        <w:tblW w:type="auto" w:w="0"/>
        <w:jc w:val="center"/>
        <w:tblLayout w:type="fixed"/>
        <w:tblLook w:firstColumn="1" w:firstRow="1" w:lastColumn="0" w:lastRow="0" w:noHBand="0" w:noVBand="1" w:val="04A0"/>
      </w:tblPr>
      <w:tblGrid>
        <w:gridCol w:w="1555"/>
        <w:gridCol w:w="936"/>
        <w:gridCol w:w="7877"/>
      </w:tblGrid>
      <w:tr>
        <w:trPr>
          <w:tblHeader/>
        </w:trPr>
        <w:tc>
          <w:tcPr>
            <w:tcW w:type="dxa" w:w="1555"/>
            <w:shd w:fill="E9E3D9"/>
            <w:tcBorders>
              <w:top w:val="single" w:sz="4" w:color="D9D9D9"/>
              <w:left w:val="single" w:sz="4" w:color="D9D9D9"/>
              <w:bottom w:val="single" w:sz="4" w:color="D9D9D9"/>
              <w:right w:val="single" w:sz="4" w:color="D9D9D9"/>
            </w:tcBorders>
            <w:tcMar>
              <w:top w:w="70" w:type="dxa"/>
              <w:bottom w:w="70" w:type="dxa"/>
              <w:left w:w="90" w:type="dxa"/>
              <w:right w:w="90" w:type="dxa"/>
            </w:tcMar>
          </w:tcPr>
          <w:p>
            <w:r>
              <w:rPr>
                <w:b/>
                <w:sz w:val="18"/>
              </w:rPr>
              <w:t>Prise</w:t>
            </w:r>
          </w:p>
        </w:tc>
        <w:tc>
          <w:tcPr>
            <w:tcW w:type="dxa" w:w="936"/>
            <w:shd w:fill="E9E3D9"/>
            <w:tcBorders>
              <w:top w:val="single" w:sz="4" w:color="D9D9D9"/>
              <w:left w:val="single" w:sz="4" w:color="D9D9D9"/>
              <w:bottom w:val="single" w:sz="4" w:color="D9D9D9"/>
              <w:right w:val="single" w:sz="4" w:color="D9D9D9"/>
            </w:tcBorders>
            <w:tcMar>
              <w:top w:w="70" w:type="dxa"/>
              <w:bottom w:w="70" w:type="dxa"/>
              <w:left w:w="90" w:type="dxa"/>
              <w:right w:w="90" w:type="dxa"/>
            </w:tcMar>
          </w:tcPr>
          <w:p>
            <w:r>
              <w:rPr>
                <w:b/>
                <w:sz w:val="18"/>
              </w:rPr>
              <w:t>Heure</w:t>
            </w:r>
          </w:p>
        </w:tc>
        <w:tc>
          <w:tcPr>
            <w:tcW w:type="dxa" w:w="7877"/>
            <w:shd w:fill="E9E3D9"/>
            <w:tcBorders>
              <w:top w:val="single" w:sz="4" w:color="D9D9D9"/>
              <w:left w:val="single" w:sz="4" w:color="D9D9D9"/>
              <w:bottom w:val="single" w:sz="4" w:color="D9D9D9"/>
              <w:right w:val="single" w:sz="4" w:color="D9D9D9"/>
            </w:tcBorders>
            <w:tcMar>
              <w:top w:w="70" w:type="dxa"/>
              <w:bottom w:w="70" w:type="dxa"/>
              <w:left w:w="90" w:type="dxa"/>
              <w:right w:w="90" w:type="dxa"/>
            </w:tcMar>
          </w:tcPr>
          <w:p>
            <w:r>
              <w:rPr>
                <w:b/>
                <w:sz w:val="18"/>
              </w:rPr>
              <w:t>Aliments et boissons</w:t>
            </w:r>
          </w:p>
        </w:tc>
      </w:tr>
      <w:tr>
        <w:tc>
          <w:tcPr>
            <w:tcW w:type="dxa" w:w="1555"/>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Petit déjeuner</w:t>
            </w:r>
          </w:p>
        </w:tc>
        <w:tc>
          <w:tcPr>
            <w:tcW w:type="dxa" w:w="936"/>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105" w:edGrp="everyone"/>
            <w:sdt>
              <w:sdtPr>
                <w:id w:val="2105"/>
                <w:tag w:val="j7_pdj_heure"/>
                <w:alias w:val="j7_pdj_heure"/>
                <w:lock w:val="sdtLocked"/>
              </w:sdtPr>
              <w:sdtContent>
                <w:r>
                  <w:rPr>
                    <w:color w:val="64745C"/>
                    <w:sz w:val="19"/>
                  </w:rPr>
                  <w:t>Heure</w:t>
                </w:r>
              </w:sdtContent>
            </w:sdt>
            <w:permEnd w:id="105"/>
          </w:p>
        </w:tc>
        <w:tc>
          <w:tcPr>
            <w:tcW w:type="dxa" w:w="7877"/>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106" w:edGrp="everyone"/>
            <w:sdt>
              <w:sdtPr>
                <w:id w:val="2106"/>
                <w:tag w:val="j7_pdj_aliments"/>
                <w:alias w:val="j7_pdj_aliments"/>
                <w:lock w:val="sdtLocked"/>
              </w:sdtPr>
              <w:sdtContent>
                <w:r>
                  <w:rPr>
                    <w:color w:val="64745C"/>
                    <w:sz w:val="19"/>
                  </w:rPr>
                  <w:t>Aliments et boissons</w:t>
                </w:r>
              </w:sdtContent>
            </w:sdt>
            <w:permEnd w:id="106"/>
          </w:p>
        </w:tc>
      </w:tr>
      <w:tr>
        <w:tc>
          <w:tcPr>
            <w:tcW w:type="dxa" w:w="1555"/>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Déjeuner</w:t>
            </w:r>
          </w:p>
        </w:tc>
        <w:tc>
          <w:tcPr>
            <w:tcW w:type="dxa" w:w="936"/>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107" w:edGrp="everyone"/>
            <w:sdt>
              <w:sdtPr>
                <w:id w:val="2107"/>
                <w:tag w:val="j7_dej_heure"/>
                <w:alias w:val="j7_dej_heure"/>
                <w:lock w:val="sdtLocked"/>
              </w:sdtPr>
              <w:sdtContent>
                <w:r>
                  <w:rPr>
                    <w:color w:val="64745C"/>
                    <w:sz w:val="19"/>
                  </w:rPr>
                  <w:t>Heure</w:t>
                </w:r>
              </w:sdtContent>
            </w:sdt>
            <w:permEnd w:id="107"/>
          </w:p>
        </w:tc>
        <w:tc>
          <w:tcPr>
            <w:tcW w:type="dxa" w:w="7877"/>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108" w:edGrp="everyone"/>
            <w:sdt>
              <w:sdtPr>
                <w:id w:val="2108"/>
                <w:tag w:val="j7_dej_aliments"/>
                <w:alias w:val="j7_dej_aliments"/>
                <w:lock w:val="sdtLocked"/>
              </w:sdtPr>
              <w:sdtContent>
                <w:r>
                  <w:rPr>
                    <w:color w:val="64745C"/>
                    <w:sz w:val="19"/>
                  </w:rPr>
                  <w:t>Aliments et boissons</w:t>
                </w:r>
              </w:sdtContent>
            </w:sdt>
            <w:permEnd w:id="108"/>
          </w:p>
        </w:tc>
      </w:tr>
      <w:tr>
        <w:tc>
          <w:tcPr>
            <w:tcW w:type="dxa" w:w="1555"/>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Dîner</w:t>
            </w:r>
          </w:p>
        </w:tc>
        <w:tc>
          <w:tcPr>
            <w:tcW w:type="dxa" w:w="936"/>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109" w:edGrp="everyone"/>
            <w:sdt>
              <w:sdtPr>
                <w:id w:val="2109"/>
                <w:tag w:val="j7_din_heure"/>
                <w:alias w:val="j7_din_heure"/>
                <w:lock w:val="sdtLocked"/>
              </w:sdtPr>
              <w:sdtContent>
                <w:r>
                  <w:rPr>
                    <w:color w:val="64745C"/>
                    <w:sz w:val="19"/>
                  </w:rPr>
                  <w:t>Heure</w:t>
                </w:r>
              </w:sdtContent>
            </w:sdt>
            <w:permEnd w:id="109"/>
          </w:p>
        </w:tc>
        <w:tc>
          <w:tcPr>
            <w:tcW w:type="dxa" w:w="7877"/>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110" w:edGrp="everyone"/>
            <w:sdt>
              <w:sdtPr>
                <w:id w:val="2110"/>
                <w:tag w:val="j7_din_aliments"/>
                <w:alias w:val="j7_din_aliments"/>
                <w:lock w:val="sdtLocked"/>
              </w:sdtPr>
              <w:sdtContent>
                <w:r>
                  <w:rPr>
                    <w:color w:val="64745C"/>
                    <w:sz w:val="19"/>
                  </w:rPr>
                  <w:t>Aliments et boissons</w:t>
                </w:r>
              </w:sdtContent>
            </w:sdt>
            <w:permEnd w:id="110"/>
          </w:p>
        </w:tc>
      </w:tr>
      <w:tr>
        <w:tc>
          <w:tcPr>
            <w:tcW w:type="dxa" w:w="1555"/>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Autre prise</w:t>
            </w:r>
          </w:p>
        </w:tc>
        <w:tc>
          <w:tcPr>
            <w:tcW w:type="dxa" w:w="936"/>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111" w:edGrp="everyone"/>
            <w:sdt>
              <w:sdtPr>
                <w:id w:val="2111"/>
                <w:tag w:val="j7_autre1_heure"/>
                <w:alias w:val="j7_autre1_heure"/>
                <w:lock w:val="sdtLocked"/>
              </w:sdtPr>
              <w:sdtContent>
                <w:r>
                  <w:rPr>
                    <w:color w:val="64745C"/>
                    <w:sz w:val="19"/>
                  </w:rPr>
                  <w:t>Heure</w:t>
                </w:r>
              </w:sdtContent>
            </w:sdt>
            <w:permEnd w:id="111"/>
          </w:p>
        </w:tc>
        <w:tc>
          <w:tcPr>
            <w:tcW w:type="dxa" w:w="7877"/>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112" w:edGrp="everyone"/>
            <w:sdt>
              <w:sdtPr>
                <w:id w:val="2112"/>
                <w:tag w:val="j7_autre1_aliments"/>
                <w:alias w:val="j7_autre1_aliments"/>
                <w:lock w:val="sdtLocked"/>
              </w:sdtPr>
              <w:sdtContent>
                <w:r>
                  <w:rPr>
                    <w:color w:val="64745C"/>
                    <w:sz w:val="19"/>
                  </w:rPr>
                  <w:t>Aliments et boissons</w:t>
                </w:r>
              </w:sdtContent>
            </w:sdt>
            <w:permEnd w:id="112"/>
          </w:p>
        </w:tc>
      </w:tr>
      <w:tr>
        <w:tc>
          <w:tcPr>
            <w:tcW w:type="dxa" w:w="1555"/>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Autre prise</w:t>
            </w:r>
          </w:p>
        </w:tc>
        <w:tc>
          <w:tcPr>
            <w:tcW w:type="dxa" w:w="936"/>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113" w:edGrp="everyone"/>
            <w:sdt>
              <w:sdtPr>
                <w:id w:val="2113"/>
                <w:tag w:val="j7_autre2_heure"/>
                <w:alias w:val="j7_autre2_heure"/>
                <w:lock w:val="sdtLocked"/>
              </w:sdtPr>
              <w:sdtContent>
                <w:r>
                  <w:rPr>
                    <w:color w:val="64745C"/>
                    <w:sz w:val="19"/>
                  </w:rPr>
                  <w:t>Heure</w:t>
                </w:r>
              </w:sdtContent>
            </w:sdt>
            <w:permEnd w:id="113"/>
          </w:p>
        </w:tc>
        <w:tc>
          <w:tcPr>
            <w:tcW w:type="dxa" w:w="7877"/>
            <w:vAlign w:val="center"/>
            <w:shd w:fill="FAF8F3"/>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114" w:edGrp="everyone"/>
            <w:sdt>
              <w:sdtPr>
                <w:id w:val="2114"/>
                <w:tag w:val="j7_autre2_aliments"/>
                <w:alias w:val="j7_autre2_aliments"/>
                <w:lock w:val="sdtLocked"/>
              </w:sdtPr>
              <w:sdtContent>
                <w:r>
                  <w:rPr>
                    <w:color w:val="64745C"/>
                    <w:sz w:val="19"/>
                  </w:rPr>
                  <w:t>Aliments et boissons</w:t>
                </w:r>
              </w:sdtContent>
            </w:sdt>
            <w:permEnd w:id="114"/>
          </w:p>
        </w:tc>
      </w:tr>
      <w:tr>
        <w:tc>
          <w:tcPr>
            <w:tcW w:type="dxa" w:w="1555"/>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r>
              <w:rPr>
                <w:sz w:val="18"/>
              </w:rPr>
              <w:t>Autre prise</w:t>
            </w:r>
          </w:p>
        </w:tc>
        <w:tc>
          <w:tcPr>
            <w:tcW w:type="dxa" w:w="936"/>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115" w:edGrp="everyone"/>
            <w:sdt>
              <w:sdtPr>
                <w:id w:val="2115"/>
                <w:tag w:val="j7_autre3_heure"/>
                <w:alias w:val="j7_autre3_heure"/>
                <w:lock w:val="sdtLocked"/>
              </w:sdtPr>
              <w:sdtContent>
                <w:r>
                  <w:rPr>
                    <w:color w:val="64745C"/>
                    <w:sz w:val="19"/>
                  </w:rPr>
                  <w:t>Heure</w:t>
                </w:r>
              </w:sdtContent>
            </w:sdt>
            <w:permEnd w:id="115"/>
          </w:p>
        </w:tc>
        <w:tc>
          <w:tcPr>
            <w:tcW w:type="dxa" w:w="7877"/>
            <w:vAlign w:val="center"/>
            <w:shd w:fill="FFFFFF"/>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after="40" w:line="240" w:lineRule="auto"/>
            </w:pPr>
            <w:permStart w:id="116" w:edGrp="everyone"/>
            <w:sdt>
              <w:sdtPr>
                <w:id w:val="2116"/>
                <w:tag w:val="j7_autre3_aliments"/>
                <w:alias w:val="j7_autre3_aliments"/>
                <w:lock w:val="sdtLocked"/>
              </w:sdtPr>
              <w:sdtContent>
                <w:r>
                  <w:rPr>
                    <w:color w:val="64745C"/>
                    <w:sz w:val="19"/>
                  </w:rPr>
                  <w:t>Aliments et boissons</w:t>
                </w:r>
              </w:sdtContent>
            </w:sdt>
            <w:permEnd w:id="116"/>
          </w:p>
        </w:tc>
      </w:tr>
    </w:tbl>
    <w:p>
      <w:pPr>
        <w:spacing w:after="0"/>
      </w:pPr>
    </w:p>
    <w:p>
      <w:pPr>
        <w:pStyle w:val="Heading1"/>
      </w:pPr>
      <w:r>
        <w:t>Précisions et commentaires</w:t>
      </w:r>
    </w:p>
    <w:p>
      <w:r>
        <w:t>Ajoutez les informations que vous souhaitez me transmettre. Cet espace s’allonge avec votre texte.</w:t>
      </w:r>
    </w:p>
    <w:p>
      <w:pPr>
        <w:spacing w:after="140"/>
      </w:pPr>
      <w:permStart w:id="117" w:edGrp="everyone"/>
      <w:sdt>
        <w:sdtPr>
          <w:id w:val="2117"/>
          <w:tag w:val="commentaires_libres"/>
          <w:alias w:val="commentaires_libres"/>
          <w:lock w:val="sdtLocked"/>
        </w:sdtPr>
        <w:sdtContent>
          <w:r>
            <w:rPr>
              <w:color w:val="64745C"/>
              <w:sz w:val="21"/>
            </w:rPr>
            <w:t>Cliquez ici pour ajouter vos précisions ou poursuivre une liste</w:t>
          </w:r>
        </w:sdtContent>
      </w:sdt>
      <w:permEnd w:id="117"/>
    </w:p>
    <w:p>
      <w:r>
        <w:t>Enregistrez le fichier complété, de préférence sous la forme NOM_Prénom_Document_Date.docx, puis envoyez-le en pièce jointe à retrouverlasante.contact@gmail.com.</w:t>
      </w:r>
    </w:p>
    <w:sectPr w:rsidR="00FC693F" w:rsidRPr="0006063C" w:rsidSect="00034616">
      <w:headerReference w:type="default" r:id="rId9"/>
      <w:footerReference w:type="default" r:id="rId10"/>
      <w:pgSz w:w="12240" w:h="15840"/>
      <w:pgMar w:top="893" w:right="936" w:bottom="893" w:left="936"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Conseil en santé  •  retrouverlasante.contact@gmail.com  |  </w:t>
    </w:r>
    <w:r>
      <w:fldChar w:fldCharType="begin"/>
      <w:instrText>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70513B"/>
        <w:sz w:val="18"/>
      </w:rPr>
      <w:t>RETROUVER MA SANTÉ  •  Béatrice Alaux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documentProtection w:edit="readOnly" w:enforcement="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180"/>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alimentaire sur 7 jours</dc:title>
  <dc:subject>Questionnaire à remplir au clavier</dc:subject>
  <dc:creator>Béatrice Alaux</dc:creator>
  <cp:keywords/>
  <dc:description>generated by python-docx</dc:description>
  <cp:lastModifiedBy/>
  <cp:revision>1</cp:revision>
  <dcterms:created xsi:type="dcterms:W3CDTF">2013-12-23T23:15:00Z</dcterms:created>
  <dcterms:modified xsi:type="dcterms:W3CDTF">2013-12-23T23:15:00Z</dcterms:modified>
  <cp:category/>
</cp:coreProperties>
</file>