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Préparer notre première séance</w:t>
      </w:r>
    </w:p>
    <w:p>
      <w:pPr>
        <w:spacing w:after="140"/>
      </w:pPr>
      <w:r>
        <w:rPr>
          <w:b/>
          <w:color w:val="17365D"/>
          <w:sz w:val="20"/>
        </w:rPr>
        <w:t>Ce questionnaire comporte plusieurs pages. Merci de le compléter jusqu’à la dernière page.</w:t>
      </w:r>
    </w:p>
    <w:p>
      <w:r>
        <w:t>Ce questionnaire m’aide à comprendre votre demande et vos priorités avant notre première séance. Répondez avec vos mots ; des réponses courtes conviennent.</w:t>
      </w:r>
    </w:p>
    <w:p>
      <w:r>
        <w:rPr>
          <w:b/>
        </w:rPr>
        <w:t xml:space="preserve">À remplir au clavier dans Word, puis à enregistrer. </w:t>
      </w:r>
      <w:r>
        <w:t>Ne pas remplir à la main ni renvoyer une photo ou un scan : les réponses doivent rester sous forme de texte lisible et exploitable.</w:t>
      </w:r>
    </w:p>
    <w:p>
      <w:r>
        <w:t>Cliquez dans les zones « Cliquez ici… » pour saisir votre réponse. Elles s’allongent avec votre texte. Indiquez « aucun » ou « je ne sais pas » si nécessaire.</w:t>
      </w:r>
    </w:p>
    <w:p>
      <w:pPr>
        <w:spacing w:after="140"/>
      </w:pPr>
      <w:permStart w:id="1" w:edGrp="everyone"/>
      <w:sdt>
        <w:sdtPr>
          <w:id w:val="2001"/>
          <w:tag w:val="identite"/>
          <w:alias w:val="identite"/>
          <w:lock w:val="sdtLocked"/>
        </w:sdtPr>
        <w:sdtContent>
          <w:r>
            <w:rPr>
              <w:color w:val="17365D"/>
              <w:sz w:val="21"/>
            </w:rPr>
            <w:t>Cliquez ici : nom et prénom</w:t>
          </w:r>
        </w:sdtContent>
      </w:sdt>
      <w:permEnd w:id="1"/>
    </w:p>
    <w:p>
      <w:pPr>
        <w:spacing w:after="140"/>
      </w:pPr>
      <w:permStart w:id="2" w:edGrp="everyone"/>
      <w:sdt>
        <w:sdtPr>
          <w:id w:val="2002"/>
          <w:tag w:val="date_document"/>
          <w:alias w:val="date_document"/>
          <w:lock w:val="sdtLocked"/>
        </w:sdtPr>
        <w:sdtContent>
          <w:r>
            <w:rPr>
              <w:color w:val="17365D"/>
              <w:sz w:val="21"/>
            </w:rPr>
            <w:t>Cliquez ici : date de remplissage et date du rendez-vous</w:t>
          </w:r>
        </w:sdtContent>
      </w:sdt>
      <w:permEnd w:id="2"/>
    </w:p>
    <w:p>
      <w:pPr>
        <w:pStyle w:val="Heading1"/>
      </w:pPr>
      <w:r>
        <w:t>Votre demande</w:t>
      </w:r>
    </w:p>
    <w:p>
      <w:r>
        <w:rPr>
          <w:b/>
        </w:rPr>
        <w:t>Qu’est-ce qui vous amène à prendre rendez-vous ?</w:t>
      </w:r>
    </w:p>
    <w:p>
      <w:pPr>
        <w:spacing w:after="140"/>
      </w:pPr>
      <w:permStart w:id="3" w:edGrp="everyone"/>
      <w:sdt>
        <w:sdtPr>
          <w:id w:val="2003"/>
          <w:tag w:val="motif"/>
          <w:alias w:val="motif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3"/>
    </w:p>
    <w:p>
      <w:r>
        <w:rPr>
          <w:b/>
        </w:rPr>
        <w:t>Quelles sont vos deux ou trois priorités actuelles ?</w:t>
      </w:r>
    </w:p>
    <w:p>
      <w:pPr>
        <w:spacing w:after="140"/>
      </w:pPr>
      <w:permStart w:id="4" w:edGrp="everyone"/>
      <w:sdt>
        <w:sdtPr>
          <w:id w:val="2004"/>
          <w:tag w:val="priorites"/>
          <w:alias w:val="priorites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4"/>
    </w:p>
    <w:p>
      <w:r>
        <w:rPr>
          <w:b/>
        </w:rPr>
        <w:t>Qu’aimeriez vous améliorer concrètement dans votre quotidien ?</w:t>
      </w:r>
    </w:p>
    <w:p>
      <w:pPr>
        <w:spacing w:after="140"/>
      </w:pPr>
      <w:permStart w:id="5" w:edGrp="everyone"/>
      <w:sdt>
        <w:sdtPr>
          <w:id w:val="2005"/>
          <w:tag w:val="objectifs"/>
          <w:alias w:val="objectifs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5"/>
    </w:p>
    <w:p>
      <w:r>
        <w:br w:type="page"/>
      </w:r>
    </w:p>
    <w:p>
      <w:pPr>
        <w:pStyle w:val="Heading1"/>
      </w:pPr>
      <w:r>
        <w:t>Votre quotidien et les démarches déjà entreprises</w:t>
      </w:r>
    </w:p>
    <w:p>
      <w:r>
        <w:rPr>
          <w:b/>
        </w:rPr>
        <w:t>Quels symptômes ou difficultés vous gênent le plus ? Depuis quand ?</w:t>
      </w:r>
    </w:p>
    <w:p>
      <w:pPr>
        <w:spacing w:after="140"/>
      </w:pPr>
      <w:permStart w:id="6" w:edGrp="everyone"/>
      <w:sdt>
        <w:sdtPr>
          <w:id w:val="2006"/>
          <w:tag w:val="difficultes"/>
          <w:alias w:val="difficultes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6"/>
    </w:p>
    <w:p>
      <w:r>
        <w:rPr>
          <w:b/>
        </w:rPr>
        <w:t>Qu’avez vous déjà essayé ? Avec quels bénéfices ou difficultés ?</w:t>
      </w:r>
    </w:p>
    <w:p>
      <w:pPr>
        <w:spacing w:after="140"/>
      </w:pPr>
      <w:permStart w:id="7" w:edGrp="everyone"/>
      <w:sdt>
        <w:sdtPr>
          <w:id w:val="2007"/>
          <w:tag w:val="essais"/>
          <w:alias w:val="essais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7"/>
    </w:p>
    <w:p>
      <w:r>
        <w:rPr>
          <w:b/>
        </w:rPr>
        <w:t>Comment se passent votre alimentation, votre sommeil et votre activité physique ?</w:t>
      </w:r>
    </w:p>
    <w:p>
      <w:pPr>
        <w:spacing w:after="140"/>
      </w:pPr>
      <w:permStart w:id="8" w:edGrp="everyone"/>
      <w:sdt>
        <w:sdtPr>
          <w:id w:val="2008"/>
          <w:tag w:val="quotidien"/>
          <w:alias w:val="quotidien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8"/>
    </w:p>
    <w:p>
      <w:r>
        <w:rPr>
          <w:b/>
        </w:rPr>
        <w:t>Quelles contraintes faut-il prendre en compte ? Horaires, budget, famille, cuisine ou autres.</w:t>
      </w:r>
    </w:p>
    <w:p>
      <w:pPr>
        <w:spacing w:after="140"/>
      </w:pPr>
      <w:permStart w:id="9" w:edGrp="everyone"/>
      <w:sdt>
        <w:sdtPr>
          <w:id w:val="2009"/>
          <w:tag w:val="contraintes"/>
          <w:alias w:val="contraintes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9"/>
    </w:p>
    <w:p>
      <w:r>
        <w:rPr>
          <w:b/>
        </w:rPr>
        <w:t>Quelles questions souhaitez vous aborder pendant la séance ?</w:t>
      </w:r>
    </w:p>
    <w:p>
      <w:pPr>
        <w:spacing w:after="140"/>
      </w:pPr>
      <w:permStart w:id="10" w:edGrp="everyone"/>
      <w:sdt>
        <w:sdtPr>
          <w:id w:val="2010"/>
          <w:tag w:val="questions"/>
          <w:alias w:val="questions"/>
          <w:lock w:val="sdtLocked"/>
        </w:sdtPr>
        <w:sdtContent>
          <w:r>
            <w:rPr>
              <w:color w:val="17365D"/>
              <w:sz w:val="21"/>
            </w:rPr>
            <w:t>Cliquez ici pour répondre</w:t>
          </w:r>
        </w:sdtContent>
      </w:sdt>
      <w:permEnd w:id="10"/>
    </w:p>
    <w:p>
      <w:r>
        <w:br w:type="page"/>
      </w:r>
    </w:p>
    <w:p>
      <w:pPr>
        <w:pStyle w:val="Heading1"/>
      </w:pPr>
      <w:r>
        <w:t>Précisions et commentaires</w:t>
      </w:r>
    </w:p>
    <w:p>
      <w:r>
        <w:t>Ajoutez les informations que vous souhaitez me transmettre. Cet espace s’allonge avec votre texte.</w:t>
      </w:r>
    </w:p>
    <w:p>
      <w:pPr>
        <w:spacing w:after="140"/>
      </w:pPr>
      <w:permStart w:id="11" w:edGrp="everyone"/>
      <w:sdt>
        <w:sdtPr>
          <w:id w:val="2011"/>
          <w:tag w:val="commentaires_libres"/>
          <w:alias w:val="commentaires_libres"/>
          <w:lock w:val="sdtLocked"/>
        </w:sdtPr>
        <w:sdtContent>
          <w:r>
            <w:rPr>
              <w:color w:val="17365D"/>
              <w:sz w:val="21"/>
            </w:rPr>
            <w:t>Cliquez ici pour ajouter vos précisions ou poursuivre une liste</w:t>
          </w:r>
        </w:sdtContent>
      </w:sdt>
      <w:permEnd w:id="11"/>
    </w:p>
    <w:p>
      <w:r>
        <w:t xml:space="preserve">Enregistrez le fichier complété sous le nom « </w:t>
      </w:r>
      <w:r>
        <w:rPr>
          <w:b/>
        </w:rPr>
        <w:t>VOTRE NOM_VOTRE PRÉNOM_Séance 1.docx</w:t>
      </w:r>
      <w:r>
        <w:t xml:space="preserve"> ». Puis envoyez-le en pièce jointe à retrouverlasante.contact@gmail.com.</w:t>
      </w:r>
    </w:p>
    <w:p>
      <w:pPr>
        <w:keepNext/>
        <w:spacing w:before="480" w:after="0" w:line="240" w:lineRule="auto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10368"/>
            <w:shd w:fill="17365D" w:val="clear"/>
            <w:tcMar>
              <w:top w:w="260" w:type="dxa"/>
              <w:bottom w:w="260" w:type="dxa"/>
              <w:left w:w="260" w:type="dxa"/>
              <w:right w:w="2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/>
                <w:b/>
                <w:color w:val="FFFFFF"/>
                <w:sz w:val="32"/>
              </w:rPr>
              <w:t>VOS DERNIÈRES BIOLOGIES</w:t>
            </w:r>
          </w:p>
          <w:p>
            <w:pPr>
              <w:spacing w:before="200" w:after="0" w:line="276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Merci de joindre également les scans de vos derniers résultats d’analyses biologiques, en même temps que le reste de votre dossier de préparation au premier rendez-vous.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Conseil en santé  •  retrouverlasante.contact@gmail.com  |  Page </w:t>
    </w:r>
    <w:r>
      <w:rPr>
        <w:sz w:val="16"/>
      </w:rPr>
      <w:fldChar w:fldCharType="begin"/>
      <w:instrText> PAGE </w:instrText>
      <w:fldChar w:fldCharType="end"/>
    </w:r>
    <w:r>
      <w:rPr>
        <w:sz w:val="16"/>
      </w:rPr>
      <w:t xml:space="preserve"> sur </w:t>
    </w:r>
    <w:r>
      <w:rPr>
        <w:sz w:val="16"/>
      </w:rPr>
      <w:fldChar w:fldCharType="begin"/>
      <w:instrText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7365D"/>
        <w:sz w:val="18"/>
      </w:rPr>
      <w:t>RETROUVER MA SANTÉ  •  Béatrice Alaux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365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17365D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Préparer notre première séance</dc:title>
  <dc:subject>Questionnaire à remplir au clavier</dc:subject>
  <dc:creator>Béatrice Alaux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